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D691D" w14:textId="59A88D49" w:rsidR="00E55F22" w:rsidRPr="00EF0092" w:rsidRDefault="00EF0092" w:rsidP="00EF0092">
      <w:pPr>
        <w:spacing w:after="240"/>
        <w:jc w:val="center"/>
        <w:rPr>
          <w:color w:val="000000" w:themeColor="text1"/>
        </w:rPr>
      </w:pPr>
      <w:r w:rsidRPr="00EF0092">
        <w:rPr>
          <w:b/>
          <w:color w:val="000000" w:themeColor="text1"/>
          <w:sz w:val="32"/>
        </w:rPr>
        <w:t>Rite of Christian Initiation of Adults</w:t>
      </w:r>
      <w:r w:rsidRPr="00EF0092">
        <w:rPr>
          <w:b/>
          <w:color w:val="000000" w:themeColor="text1"/>
          <w:sz w:val="32"/>
        </w:rPr>
        <w:t xml:space="preserve"> </w:t>
      </w:r>
      <w:r w:rsidR="00000000" w:rsidRPr="00EF0092">
        <w:rPr>
          <w:b/>
          <w:color w:val="000000" w:themeColor="text1"/>
          <w:sz w:val="32"/>
        </w:rPr>
        <w:t>(RCIA) – Enrolment Form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ayout w:type="fixed"/>
        <w:tblLook w:val="04A0" w:firstRow="1" w:lastRow="0" w:firstColumn="1" w:lastColumn="0" w:noHBand="0" w:noVBand="1"/>
      </w:tblPr>
      <w:tblGrid>
        <w:gridCol w:w="9360"/>
      </w:tblGrid>
      <w:tr w:rsidR="00E55F22" w:rsidRPr="00EF0092" w14:paraId="39165B8F" w14:textId="77777777" w:rsidTr="004A5E4B">
        <w:trPr>
          <w:jc w:val="center"/>
        </w:trPr>
        <w:tc>
          <w:tcPr>
            <w:tcW w:w="9360" w:type="dxa"/>
            <w:shd w:val="clear" w:color="auto" w:fill="EAF1DD" w:themeFill="accent3" w:themeFillTint="33"/>
            <w:tcMar>
              <w:top w:w="140" w:type="dxa"/>
              <w:left w:w="200" w:type="dxa"/>
              <w:bottom w:w="140" w:type="dxa"/>
              <w:right w:w="200" w:type="dxa"/>
            </w:tcMar>
          </w:tcPr>
          <w:p w14:paraId="5B46757E" w14:textId="64F2F05C" w:rsidR="00E55F22" w:rsidRPr="00EF0092" w:rsidRDefault="00000000">
            <w:pPr>
              <w:spacing w:before="40" w:after="40"/>
              <w:rPr>
                <w:color w:val="000000" w:themeColor="text1"/>
              </w:rPr>
            </w:pPr>
            <w:r w:rsidRPr="00EF0092">
              <w:rPr>
                <w:i/>
                <w:color w:val="000000" w:themeColor="text1"/>
              </w:rPr>
              <w:t xml:space="preserve">Please complete this form in block capitals and return it to your Parish Priest or </w:t>
            </w:r>
            <w:r w:rsidR="004A5E4B">
              <w:rPr>
                <w:i/>
                <w:color w:val="000000" w:themeColor="text1"/>
              </w:rPr>
              <w:t>Parish Office</w:t>
            </w:r>
            <w:r w:rsidRPr="00EF0092">
              <w:rPr>
                <w:i/>
                <w:color w:val="000000" w:themeColor="text1"/>
              </w:rPr>
              <w:t>. The information provided helps us support you on your journey of faith and ensures accurate sacramental record-keeping.</w:t>
            </w:r>
          </w:p>
        </w:tc>
      </w:tr>
    </w:tbl>
    <w:p w14:paraId="29C34F4C" w14:textId="77777777" w:rsidR="00E55F22" w:rsidRPr="00EF0092" w:rsidRDefault="00E55F22">
      <w:pPr>
        <w:spacing w:after="120"/>
        <w:rPr>
          <w:color w:val="000000" w:themeColor="text1"/>
        </w:rPr>
      </w:pPr>
    </w:p>
    <w:p w14:paraId="44C5E1FD" w14:textId="77777777" w:rsidR="00E55F22" w:rsidRPr="00EF0092" w:rsidRDefault="00000000">
      <w:pPr>
        <w:keepNext/>
        <w:spacing w:before="320" w:after="120"/>
        <w:rPr>
          <w:color w:val="000000" w:themeColor="text1"/>
        </w:rPr>
      </w:pPr>
      <w:r w:rsidRPr="00EF0092">
        <w:rPr>
          <w:b/>
          <w:color w:val="000000" w:themeColor="text1"/>
          <w:sz w:val="28"/>
        </w:rPr>
        <w:t>1. Personal 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6192"/>
      </w:tblGrid>
      <w:tr w:rsidR="00E55F22" w:rsidRPr="00EF0092" w14:paraId="68254EB6" w14:textId="77777777" w:rsidTr="007A147A">
        <w:trPr>
          <w:trHeight w:val="954"/>
          <w:jc w:val="center"/>
        </w:trPr>
        <w:tc>
          <w:tcPr>
            <w:tcW w:w="3168" w:type="dxa"/>
            <w:tcMar>
              <w:top w:w="80" w:type="dxa"/>
              <w:left w:w="100" w:type="dxa"/>
              <w:bottom w:w="80" w:type="dxa"/>
              <w:right w:w="100" w:type="dxa"/>
            </w:tcMar>
            <w:vAlign w:val="center"/>
          </w:tcPr>
          <w:p w14:paraId="767B7668" w14:textId="77777777" w:rsidR="00E55F22" w:rsidRPr="00EF0092" w:rsidRDefault="00000000">
            <w:pPr>
              <w:spacing w:after="0"/>
              <w:rPr>
                <w:color w:val="000000" w:themeColor="text1"/>
              </w:rPr>
            </w:pPr>
            <w:r w:rsidRPr="00EF0092">
              <w:rPr>
                <w:b/>
                <w:color w:val="000000" w:themeColor="text1"/>
              </w:rPr>
              <w:t>Full Name:</w:t>
            </w:r>
          </w:p>
        </w:tc>
        <w:tc>
          <w:tcPr>
            <w:tcW w:w="6192" w:type="dxa"/>
            <w:tcMar>
              <w:top w:w="80" w:type="dxa"/>
              <w:left w:w="100" w:type="dxa"/>
              <w:bottom w:w="80" w:type="dxa"/>
              <w:right w:w="100" w:type="dxa"/>
            </w:tcMar>
            <w:vAlign w:val="center"/>
          </w:tcPr>
          <w:p w14:paraId="797A6944" w14:textId="77777777" w:rsidR="00E55F22" w:rsidRPr="00EF0092" w:rsidRDefault="00E55F22">
            <w:pPr>
              <w:spacing w:after="0"/>
              <w:rPr>
                <w:color w:val="000000" w:themeColor="text1"/>
              </w:rPr>
            </w:pPr>
          </w:p>
        </w:tc>
      </w:tr>
      <w:tr w:rsidR="00E55F22" w:rsidRPr="00EF0092" w14:paraId="69E57FB4" w14:textId="77777777" w:rsidTr="007A147A">
        <w:trPr>
          <w:trHeight w:val="828"/>
          <w:jc w:val="center"/>
        </w:trPr>
        <w:tc>
          <w:tcPr>
            <w:tcW w:w="3168" w:type="dxa"/>
            <w:tcMar>
              <w:top w:w="80" w:type="dxa"/>
              <w:left w:w="100" w:type="dxa"/>
              <w:bottom w:w="80" w:type="dxa"/>
              <w:right w:w="100" w:type="dxa"/>
            </w:tcMar>
            <w:vAlign w:val="center"/>
          </w:tcPr>
          <w:p w14:paraId="7A498371" w14:textId="77777777" w:rsidR="00E55F22" w:rsidRPr="00EF0092" w:rsidRDefault="00000000">
            <w:pPr>
              <w:spacing w:after="0"/>
              <w:rPr>
                <w:color w:val="000000" w:themeColor="text1"/>
              </w:rPr>
            </w:pPr>
            <w:r w:rsidRPr="00EF0092">
              <w:rPr>
                <w:b/>
                <w:color w:val="000000" w:themeColor="text1"/>
              </w:rPr>
              <w:t>Preferred Name (if different):</w:t>
            </w:r>
          </w:p>
        </w:tc>
        <w:tc>
          <w:tcPr>
            <w:tcW w:w="6192" w:type="dxa"/>
            <w:tcMar>
              <w:top w:w="80" w:type="dxa"/>
              <w:left w:w="100" w:type="dxa"/>
              <w:bottom w:w="80" w:type="dxa"/>
              <w:right w:w="100" w:type="dxa"/>
            </w:tcMar>
            <w:vAlign w:val="center"/>
          </w:tcPr>
          <w:p w14:paraId="71447265" w14:textId="77777777" w:rsidR="00E55F22" w:rsidRPr="00EF0092" w:rsidRDefault="00E55F22">
            <w:pPr>
              <w:spacing w:after="0"/>
              <w:rPr>
                <w:color w:val="000000" w:themeColor="text1"/>
              </w:rPr>
            </w:pPr>
          </w:p>
        </w:tc>
      </w:tr>
      <w:tr w:rsidR="00E55F22" w:rsidRPr="00EF0092" w14:paraId="444A2A47" w14:textId="77777777" w:rsidTr="007A147A">
        <w:trPr>
          <w:trHeight w:val="480"/>
          <w:jc w:val="center"/>
        </w:trPr>
        <w:tc>
          <w:tcPr>
            <w:tcW w:w="3168" w:type="dxa"/>
            <w:tcMar>
              <w:top w:w="80" w:type="dxa"/>
              <w:left w:w="100" w:type="dxa"/>
              <w:bottom w:w="80" w:type="dxa"/>
              <w:right w:w="100" w:type="dxa"/>
            </w:tcMar>
            <w:vAlign w:val="center"/>
          </w:tcPr>
          <w:p w14:paraId="246115B4" w14:textId="77777777" w:rsidR="00E55F22" w:rsidRPr="00EF0092" w:rsidRDefault="00000000">
            <w:pPr>
              <w:spacing w:after="0"/>
              <w:rPr>
                <w:color w:val="000000" w:themeColor="text1"/>
              </w:rPr>
            </w:pPr>
            <w:r w:rsidRPr="00EF0092">
              <w:rPr>
                <w:b/>
                <w:color w:val="000000" w:themeColor="text1"/>
              </w:rPr>
              <w:t>Date of Birth (DD/MM/YYYY):</w:t>
            </w:r>
          </w:p>
        </w:tc>
        <w:tc>
          <w:tcPr>
            <w:tcW w:w="6192" w:type="dxa"/>
            <w:tcMar>
              <w:top w:w="80" w:type="dxa"/>
              <w:left w:w="100" w:type="dxa"/>
              <w:bottom w:w="80" w:type="dxa"/>
              <w:right w:w="100" w:type="dxa"/>
            </w:tcMar>
            <w:vAlign w:val="center"/>
          </w:tcPr>
          <w:p w14:paraId="3B8A50CA" w14:textId="77777777" w:rsidR="00E55F22" w:rsidRPr="00EF0092" w:rsidRDefault="00E55F22">
            <w:pPr>
              <w:spacing w:after="0"/>
              <w:rPr>
                <w:color w:val="000000" w:themeColor="text1"/>
              </w:rPr>
            </w:pPr>
          </w:p>
        </w:tc>
      </w:tr>
      <w:tr w:rsidR="00E55F22" w:rsidRPr="00EF0092" w14:paraId="5ED30267" w14:textId="77777777" w:rsidTr="007A147A">
        <w:trPr>
          <w:trHeight w:val="480"/>
          <w:jc w:val="center"/>
        </w:trPr>
        <w:tc>
          <w:tcPr>
            <w:tcW w:w="3168" w:type="dxa"/>
            <w:tcMar>
              <w:top w:w="80" w:type="dxa"/>
              <w:left w:w="100" w:type="dxa"/>
              <w:bottom w:w="80" w:type="dxa"/>
              <w:right w:w="100" w:type="dxa"/>
            </w:tcMar>
            <w:vAlign w:val="center"/>
          </w:tcPr>
          <w:p w14:paraId="6C44B7E9" w14:textId="77777777" w:rsidR="00E55F22" w:rsidRPr="00EF0092" w:rsidRDefault="00000000">
            <w:pPr>
              <w:spacing w:after="0"/>
              <w:rPr>
                <w:color w:val="000000" w:themeColor="text1"/>
              </w:rPr>
            </w:pPr>
            <w:r w:rsidRPr="00EF0092">
              <w:rPr>
                <w:b/>
                <w:color w:val="000000" w:themeColor="text1"/>
              </w:rPr>
              <w:t>Place of Birth (Town/Country):</w:t>
            </w:r>
          </w:p>
        </w:tc>
        <w:tc>
          <w:tcPr>
            <w:tcW w:w="6192" w:type="dxa"/>
            <w:tcMar>
              <w:top w:w="80" w:type="dxa"/>
              <w:left w:w="100" w:type="dxa"/>
              <w:bottom w:w="80" w:type="dxa"/>
              <w:right w:w="100" w:type="dxa"/>
            </w:tcMar>
            <w:vAlign w:val="center"/>
          </w:tcPr>
          <w:p w14:paraId="235068D9" w14:textId="77777777" w:rsidR="00E55F22" w:rsidRPr="00EF0092" w:rsidRDefault="00E55F22">
            <w:pPr>
              <w:spacing w:after="0"/>
              <w:rPr>
                <w:color w:val="000000" w:themeColor="text1"/>
              </w:rPr>
            </w:pPr>
          </w:p>
        </w:tc>
      </w:tr>
      <w:tr w:rsidR="00E55F22" w:rsidRPr="00EF0092" w14:paraId="59FFBAD2" w14:textId="77777777" w:rsidTr="007A147A">
        <w:trPr>
          <w:trHeight w:val="1487"/>
          <w:jc w:val="center"/>
        </w:trPr>
        <w:tc>
          <w:tcPr>
            <w:tcW w:w="3168" w:type="dxa"/>
            <w:tcMar>
              <w:top w:w="80" w:type="dxa"/>
              <w:left w:w="100" w:type="dxa"/>
              <w:bottom w:w="80" w:type="dxa"/>
              <w:right w:w="100" w:type="dxa"/>
            </w:tcMar>
            <w:vAlign w:val="center"/>
          </w:tcPr>
          <w:p w14:paraId="601024C0" w14:textId="77777777" w:rsidR="00E55F22" w:rsidRPr="00EF0092" w:rsidRDefault="00000000">
            <w:pPr>
              <w:spacing w:after="0"/>
              <w:rPr>
                <w:color w:val="000000" w:themeColor="text1"/>
              </w:rPr>
            </w:pPr>
            <w:r w:rsidRPr="00EF0092">
              <w:rPr>
                <w:b/>
                <w:color w:val="000000" w:themeColor="text1"/>
              </w:rPr>
              <w:t>Current Address:</w:t>
            </w:r>
          </w:p>
        </w:tc>
        <w:tc>
          <w:tcPr>
            <w:tcW w:w="6192" w:type="dxa"/>
            <w:tcMar>
              <w:top w:w="80" w:type="dxa"/>
              <w:left w:w="100" w:type="dxa"/>
              <w:bottom w:w="80" w:type="dxa"/>
              <w:right w:w="100" w:type="dxa"/>
            </w:tcMar>
            <w:vAlign w:val="center"/>
          </w:tcPr>
          <w:p w14:paraId="665EB2D6" w14:textId="77777777" w:rsidR="00E55F22" w:rsidRPr="00EF0092" w:rsidRDefault="00E55F22">
            <w:pPr>
              <w:spacing w:after="0"/>
              <w:rPr>
                <w:color w:val="000000" w:themeColor="text1"/>
              </w:rPr>
            </w:pPr>
          </w:p>
        </w:tc>
      </w:tr>
      <w:tr w:rsidR="00E55F22" w:rsidRPr="00EF0092" w14:paraId="71FE4448" w14:textId="77777777" w:rsidTr="007A147A">
        <w:trPr>
          <w:trHeight w:val="480"/>
          <w:jc w:val="center"/>
        </w:trPr>
        <w:tc>
          <w:tcPr>
            <w:tcW w:w="3168" w:type="dxa"/>
            <w:tcMar>
              <w:top w:w="80" w:type="dxa"/>
              <w:left w:w="100" w:type="dxa"/>
              <w:bottom w:w="80" w:type="dxa"/>
              <w:right w:w="100" w:type="dxa"/>
            </w:tcMar>
            <w:vAlign w:val="center"/>
          </w:tcPr>
          <w:p w14:paraId="42AEE687" w14:textId="77777777" w:rsidR="00E55F22" w:rsidRPr="00EF0092" w:rsidRDefault="00000000">
            <w:pPr>
              <w:spacing w:after="0"/>
              <w:rPr>
                <w:color w:val="000000" w:themeColor="text1"/>
              </w:rPr>
            </w:pPr>
            <w:r w:rsidRPr="00EF0092">
              <w:rPr>
                <w:b/>
                <w:color w:val="000000" w:themeColor="text1"/>
              </w:rPr>
              <w:t>Telephone / Mobile Number:</w:t>
            </w:r>
          </w:p>
        </w:tc>
        <w:tc>
          <w:tcPr>
            <w:tcW w:w="6192" w:type="dxa"/>
            <w:tcMar>
              <w:top w:w="80" w:type="dxa"/>
              <w:left w:w="100" w:type="dxa"/>
              <w:bottom w:w="80" w:type="dxa"/>
              <w:right w:w="100" w:type="dxa"/>
            </w:tcMar>
            <w:vAlign w:val="center"/>
          </w:tcPr>
          <w:p w14:paraId="4ACE9385" w14:textId="77777777" w:rsidR="00E55F22" w:rsidRPr="00EF0092" w:rsidRDefault="00E55F22">
            <w:pPr>
              <w:spacing w:after="0"/>
              <w:rPr>
                <w:color w:val="000000" w:themeColor="text1"/>
              </w:rPr>
            </w:pPr>
          </w:p>
        </w:tc>
      </w:tr>
      <w:tr w:rsidR="00E55F22" w:rsidRPr="00EF0092" w14:paraId="0503C091" w14:textId="77777777" w:rsidTr="007A147A">
        <w:trPr>
          <w:trHeight w:val="480"/>
          <w:jc w:val="center"/>
        </w:trPr>
        <w:tc>
          <w:tcPr>
            <w:tcW w:w="3168" w:type="dxa"/>
            <w:tcMar>
              <w:top w:w="80" w:type="dxa"/>
              <w:left w:w="100" w:type="dxa"/>
              <w:bottom w:w="80" w:type="dxa"/>
              <w:right w:w="100" w:type="dxa"/>
            </w:tcMar>
            <w:vAlign w:val="center"/>
          </w:tcPr>
          <w:p w14:paraId="428E7EBC" w14:textId="77777777" w:rsidR="00E55F22" w:rsidRPr="00EF0092" w:rsidRDefault="00000000">
            <w:pPr>
              <w:spacing w:after="0"/>
              <w:rPr>
                <w:color w:val="000000" w:themeColor="text1"/>
              </w:rPr>
            </w:pPr>
            <w:r w:rsidRPr="00EF0092">
              <w:rPr>
                <w:b/>
                <w:color w:val="000000" w:themeColor="text1"/>
              </w:rPr>
              <w:t>Email Address:</w:t>
            </w:r>
          </w:p>
        </w:tc>
        <w:tc>
          <w:tcPr>
            <w:tcW w:w="6192" w:type="dxa"/>
            <w:tcMar>
              <w:top w:w="80" w:type="dxa"/>
              <w:left w:w="100" w:type="dxa"/>
              <w:bottom w:w="80" w:type="dxa"/>
              <w:right w:w="100" w:type="dxa"/>
            </w:tcMar>
            <w:vAlign w:val="center"/>
          </w:tcPr>
          <w:p w14:paraId="6FA0C072" w14:textId="77777777" w:rsidR="00E55F22" w:rsidRPr="00EF0092" w:rsidRDefault="00E55F22">
            <w:pPr>
              <w:spacing w:after="0"/>
              <w:rPr>
                <w:color w:val="000000" w:themeColor="text1"/>
              </w:rPr>
            </w:pPr>
          </w:p>
        </w:tc>
      </w:tr>
      <w:tr w:rsidR="00E55F22" w:rsidRPr="00EF0092" w14:paraId="2526A2A4" w14:textId="77777777" w:rsidTr="007A147A">
        <w:trPr>
          <w:trHeight w:val="910"/>
          <w:jc w:val="center"/>
        </w:trPr>
        <w:tc>
          <w:tcPr>
            <w:tcW w:w="3168" w:type="dxa"/>
            <w:tcMar>
              <w:top w:w="80" w:type="dxa"/>
              <w:left w:w="100" w:type="dxa"/>
              <w:bottom w:w="80" w:type="dxa"/>
              <w:right w:w="100" w:type="dxa"/>
            </w:tcMar>
            <w:vAlign w:val="center"/>
          </w:tcPr>
          <w:p w14:paraId="7BFF248F" w14:textId="77777777" w:rsidR="00E55F22" w:rsidRPr="00EF0092" w:rsidRDefault="00000000">
            <w:pPr>
              <w:spacing w:after="0"/>
              <w:rPr>
                <w:color w:val="000000" w:themeColor="text1"/>
              </w:rPr>
            </w:pPr>
            <w:r w:rsidRPr="00EF0092">
              <w:rPr>
                <w:b/>
                <w:color w:val="000000" w:themeColor="text1"/>
              </w:rPr>
              <w:t>Occupation:</w:t>
            </w:r>
          </w:p>
        </w:tc>
        <w:tc>
          <w:tcPr>
            <w:tcW w:w="6192" w:type="dxa"/>
            <w:tcMar>
              <w:top w:w="80" w:type="dxa"/>
              <w:left w:w="100" w:type="dxa"/>
              <w:bottom w:w="80" w:type="dxa"/>
              <w:right w:w="100" w:type="dxa"/>
            </w:tcMar>
            <w:vAlign w:val="center"/>
          </w:tcPr>
          <w:p w14:paraId="062A7066" w14:textId="77777777" w:rsidR="00E55F22" w:rsidRPr="00EF0092" w:rsidRDefault="00E55F22">
            <w:pPr>
              <w:spacing w:after="0"/>
              <w:rPr>
                <w:color w:val="000000" w:themeColor="text1"/>
              </w:rPr>
            </w:pPr>
          </w:p>
        </w:tc>
      </w:tr>
    </w:tbl>
    <w:p w14:paraId="563A4026" w14:textId="3394B7B9" w:rsidR="00EF0092" w:rsidRDefault="00EF0092">
      <w:pPr>
        <w:spacing w:after="120"/>
        <w:rPr>
          <w:color w:val="000000" w:themeColor="text1"/>
        </w:rPr>
      </w:pPr>
    </w:p>
    <w:p w14:paraId="6B58FAB6" w14:textId="77777777" w:rsidR="00EF0092" w:rsidRDefault="00EF0092">
      <w:pPr>
        <w:rPr>
          <w:color w:val="000000" w:themeColor="text1"/>
        </w:rPr>
      </w:pPr>
      <w:r>
        <w:rPr>
          <w:color w:val="000000" w:themeColor="text1"/>
        </w:rPr>
        <w:br w:type="page"/>
      </w:r>
    </w:p>
    <w:p w14:paraId="13BBD217" w14:textId="77777777" w:rsidR="00E55F22" w:rsidRPr="00EF0092" w:rsidRDefault="00000000">
      <w:pPr>
        <w:keepNext/>
        <w:spacing w:before="320" w:after="120"/>
        <w:rPr>
          <w:color w:val="000000" w:themeColor="text1"/>
        </w:rPr>
      </w:pPr>
      <w:r w:rsidRPr="00EF0092">
        <w:rPr>
          <w:b/>
          <w:color w:val="000000" w:themeColor="text1"/>
          <w:sz w:val="28"/>
        </w:rPr>
        <w:lastRenderedPageBreak/>
        <w:t>2. Religious Background &amp; Christian History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1148"/>
        <w:gridCol w:w="575"/>
        <w:gridCol w:w="574"/>
        <w:gridCol w:w="1149"/>
        <w:gridCol w:w="1148"/>
        <w:gridCol w:w="575"/>
        <w:gridCol w:w="574"/>
        <w:gridCol w:w="1149"/>
      </w:tblGrid>
      <w:tr w:rsidR="004A5E4B" w:rsidRPr="00EF0092" w14:paraId="20930F43" w14:textId="77777777" w:rsidTr="00851285">
        <w:trPr>
          <w:trHeight w:val="480"/>
          <w:jc w:val="center"/>
        </w:trPr>
        <w:tc>
          <w:tcPr>
            <w:tcW w:w="3168" w:type="dxa"/>
            <w:tcMar>
              <w:top w:w="80" w:type="dxa"/>
              <w:left w:w="100" w:type="dxa"/>
              <w:bottom w:w="80" w:type="dxa"/>
              <w:right w:w="100" w:type="dxa"/>
            </w:tcMar>
            <w:vAlign w:val="center"/>
          </w:tcPr>
          <w:p w14:paraId="2FF46C5D" w14:textId="77777777" w:rsidR="004A5E4B" w:rsidRDefault="004A5E4B">
            <w:pPr>
              <w:spacing w:after="0"/>
              <w:rPr>
                <w:b/>
                <w:color w:val="000000" w:themeColor="text1"/>
              </w:rPr>
            </w:pPr>
            <w:r w:rsidRPr="00EF0092">
              <w:rPr>
                <w:b/>
                <w:color w:val="000000" w:themeColor="text1"/>
              </w:rPr>
              <w:t xml:space="preserve">Have you been </w:t>
            </w:r>
            <w:proofErr w:type="spellStart"/>
            <w:r w:rsidRPr="00EF0092">
              <w:rPr>
                <w:b/>
                <w:color w:val="000000" w:themeColor="text1"/>
              </w:rPr>
              <w:t>baptised</w:t>
            </w:r>
            <w:proofErr w:type="spellEnd"/>
            <w:r w:rsidRPr="00EF0092">
              <w:rPr>
                <w:b/>
                <w:color w:val="000000" w:themeColor="text1"/>
              </w:rPr>
              <w:t>?</w:t>
            </w:r>
          </w:p>
          <w:p w14:paraId="27777F7E" w14:textId="71835110" w:rsidR="004A5E4B" w:rsidRPr="004A5E4B" w:rsidRDefault="004A5E4B">
            <w:pPr>
              <w:spacing w:after="0"/>
              <w:rPr>
                <w:i/>
                <w:iCs/>
                <w:color w:val="000000" w:themeColor="text1"/>
              </w:rPr>
            </w:pPr>
            <w:r w:rsidRPr="004A5E4B">
              <w:rPr>
                <w:b/>
                <w:i/>
                <w:iCs/>
                <w:color w:val="000000" w:themeColor="text1"/>
                <w:sz w:val="16"/>
                <w:szCs w:val="18"/>
              </w:rPr>
              <w:t>Tick one box</w:t>
            </w:r>
          </w:p>
        </w:tc>
        <w:tc>
          <w:tcPr>
            <w:tcW w:w="1148" w:type="dxa"/>
            <w:tcMar>
              <w:top w:w="80" w:type="dxa"/>
              <w:left w:w="100" w:type="dxa"/>
              <w:bottom w:w="80" w:type="dxa"/>
              <w:right w:w="100" w:type="dxa"/>
            </w:tcMar>
            <w:vAlign w:val="center"/>
          </w:tcPr>
          <w:p w14:paraId="0682EBEB" w14:textId="65F92515" w:rsidR="004A5E4B" w:rsidRPr="00EF0092" w:rsidRDefault="004A5E4B">
            <w:pPr>
              <w:spacing w:after="0"/>
              <w:rPr>
                <w:color w:val="000000" w:themeColor="text1"/>
              </w:rPr>
            </w:pPr>
            <w:r>
              <w:rPr>
                <w:color w:val="000000" w:themeColor="text1"/>
              </w:rPr>
              <w:t>Yes</w:t>
            </w:r>
          </w:p>
        </w:tc>
        <w:tc>
          <w:tcPr>
            <w:tcW w:w="1149" w:type="dxa"/>
            <w:gridSpan w:val="2"/>
            <w:vAlign w:val="center"/>
          </w:tcPr>
          <w:p w14:paraId="67A15D2D" w14:textId="77777777" w:rsidR="004A5E4B" w:rsidRPr="00EF0092" w:rsidRDefault="004A5E4B">
            <w:pPr>
              <w:spacing w:after="0"/>
              <w:rPr>
                <w:color w:val="000000" w:themeColor="text1"/>
              </w:rPr>
            </w:pPr>
          </w:p>
        </w:tc>
        <w:tc>
          <w:tcPr>
            <w:tcW w:w="1149" w:type="dxa"/>
            <w:vAlign w:val="center"/>
          </w:tcPr>
          <w:p w14:paraId="34807A24" w14:textId="6DFC2324" w:rsidR="004A5E4B" w:rsidRPr="00EF0092" w:rsidRDefault="004A5E4B">
            <w:pPr>
              <w:spacing w:after="0"/>
              <w:rPr>
                <w:color w:val="000000" w:themeColor="text1"/>
              </w:rPr>
            </w:pPr>
            <w:r>
              <w:rPr>
                <w:color w:val="000000" w:themeColor="text1"/>
              </w:rPr>
              <w:t>No</w:t>
            </w:r>
          </w:p>
        </w:tc>
        <w:tc>
          <w:tcPr>
            <w:tcW w:w="1148" w:type="dxa"/>
            <w:vAlign w:val="center"/>
          </w:tcPr>
          <w:p w14:paraId="3FDA750B" w14:textId="77777777" w:rsidR="004A5E4B" w:rsidRPr="00EF0092" w:rsidRDefault="004A5E4B">
            <w:pPr>
              <w:spacing w:after="0"/>
              <w:rPr>
                <w:color w:val="000000" w:themeColor="text1"/>
              </w:rPr>
            </w:pPr>
          </w:p>
        </w:tc>
        <w:tc>
          <w:tcPr>
            <w:tcW w:w="1149" w:type="dxa"/>
            <w:gridSpan w:val="2"/>
            <w:vAlign w:val="center"/>
          </w:tcPr>
          <w:p w14:paraId="3AC90927" w14:textId="704A095C" w:rsidR="004A5E4B" w:rsidRPr="00EF0092" w:rsidRDefault="004A5E4B">
            <w:pPr>
              <w:spacing w:after="0"/>
              <w:rPr>
                <w:color w:val="000000" w:themeColor="text1"/>
              </w:rPr>
            </w:pPr>
            <w:r>
              <w:rPr>
                <w:color w:val="000000" w:themeColor="text1"/>
              </w:rPr>
              <w:t>Unsure</w:t>
            </w:r>
          </w:p>
        </w:tc>
        <w:tc>
          <w:tcPr>
            <w:tcW w:w="1149" w:type="dxa"/>
            <w:vAlign w:val="center"/>
          </w:tcPr>
          <w:p w14:paraId="2E62D506" w14:textId="7447EE03" w:rsidR="004A5E4B" w:rsidRPr="00EF0092" w:rsidRDefault="004A5E4B">
            <w:pPr>
              <w:spacing w:after="0"/>
              <w:rPr>
                <w:color w:val="000000" w:themeColor="text1"/>
              </w:rPr>
            </w:pPr>
          </w:p>
        </w:tc>
      </w:tr>
      <w:tr w:rsidR="00E55F22" w:rsidRPr="00EF0092" w14:paraId="505188A4" w14:textId="77777777" w:rsidTr="00851285">
        <w:trPr>
          <w:trHeight w:val="480"/>
          <w:jc w:val="center"/>
        </w:trPr>
        <w:tc>
          <w:tcPr>
            <w:tcW w:w="3168" w:type="dxa"/>
            <w:tcMar>
              <w:top w:w="80" w:type="dxa"/>
              <w:left w:w="100" w:type="dxa"/>
              <w:bottom w:w="80" w:type="dxa"/>
              <w:right w:w="100" w:type="dxa"/>
            </w:tcMar>
            <w:vAlign w:val="center"/>
          </w:tcPr>
          <w:p w14:paraId="44BD4D23" w14:textId="7B7F52CB" w:rsidR="00E55F22" w:rsidRPr="00EF0092" w:rsidRDefault="00000000">
            <w:pPr>
              <w:spacing w:after="0"/>
              <w:rPr>
                <w:color w:val="000000" w:themeColor="text1"/>
              </w:rPr>
            </w:pPr>
            <w:r w:rsidRPr="00EF0092">
              <w:rPr>
                <w:b/>
                <w:color w:val="000000" w:themeColor="text1"/>
              </w:rPr>
              <w:t>Denomination / Church Tradition:</w:t>
            </w:r>
            <w:r w:rsidR="00EF0092" w:rsidRPr="00EF0092">
              <w:rPr>
                <w:b/>
                <w:color w:val="000000" w:themeColor="text1"/>
              </w:rPr>
              <w:t xml:space="preserve"> </w:t>
            </w:r>
            <w:r w:rsidR="00EF0092" w:rsidRPr="00EF0092">
              <w:rPr>
                <w:color w:val="000000" w:themeColor="text1"/>
              </w:rPr>
              <w:t>(e.g., Catholic, Anglican, Methodist, None)</w:t>
            </w:r>
          </w:p>
        </w:tc>
        <w:tc>
          <w:tcPr>
            <w:tcW w:w="6892" w:type="dxa"/>
            <w:gridSpan w:val="8"/>
            <w:tcMar>
              <w:top w:w="80" w:type="dxa"/>
              <w:left w:w="100" w:type="dxa"/>
              <w:bottom w:w="80" w:type="dxa"/>
              <w:right w:w="100" w:type="dxa"/>
            </w:tcMar>
            <w:vAlign w:val="center"/>
          </w:tcPr>
          <w:p w14:paraId="2D4522B7" w14:textId="7D6C8845" w:rsidR="00E55F22" w:rsidRPr="00EF0092" w:rsidRDefault="00E55F22">
            <w:pPr>
              <w:spacing w:after="0"/>
              <w:rPr>
                <w:color w:val="000000" w:themeColor="text1"/>
              </w:rPr>
            </w:pPr>
          </w:p>
        </w:tc>
      </w:tr>
      <w:tr w:rsidR="00E55F22" w:rsidRPr="00EF0092" w14:paraId="16686D21" w14:textId="77777777" w:rsidTr="00851285">
        <w:trPr>
          <w:trHeight w:val="480"/>
          <w:jc w:val="center"/>
        </w:trPr>
        <w:tc>
          <w:tcPr>
            <w:tcW w:w="3168" w:type="dxa"/>
            <w:tcMar>
              <w:top w:w="80" w:type="dxa"/>
              <w:left w:w="100" w:type="dxa"/>
              <w:bottom w:w="80" w:type="dxa"/>
              <w:right w:w="100" w:type="dxa"/>
            </w:tcMar>
            <w:vAlign w:val="center"/>
          </w:tcPr>
          <w:p w14:paraId="62F3E453" w14:textId="77777777" w:rsidR="00E55F22" w:rsidRPr="00EF0092" w:rsidRDefault="00000000">
            <w:pPr>
              <w:spacing w:after="0"/>
              <w:rPr>
                <w:color w:val="000000" w:themeColor="text1"/>
              </w:rPr>
            </w:pPr>
            <w:r w:rsidRPr="00EF0092">
              <w:rPr>
                <w:b/>
                <w:color w:val="000000" w:themeColor="text1"/>
              </w:rPr>
              <w:t>Date of Baptism (if applicable):</w:t>
            </w:r>
          </w:p>
        </w:tc>
        <w:tc>
          <w:tcPr>
            <w:tcW w:w="6892" w:type="dxa"/>
            <w:gridSpan w:val="8"/>
            <w:tcMar>
              <w:top w:w="80" w:type="dxa"/>
              <w:left w:w="100" w:type="dxa"/>
              <w:bottom w:w="80" w:type="dxa"/>
              <w:right w:w="100" w:type="dxa"/>
            </w:tcMar>
            <w:vAlign w:val="center"/>
          </w:tcPr>
          <w:p w14:paraId="418B41CF" w14:textId="77777777" w:rsidR="00E55F22" w:rsidRPr="00EF0092" w:rsidRDefault="00E55F22">
            <w:pPr>
              <w:spacing w:after="0"/>
              <w:rPr>
                <w:color w:val="000000" w:themeColor="text1"/>
              </w:rPr>
            </w:pPr>
          </w:p>
        </w:tc>
      </w:tr>
      <w:tr w:rsidR="00E55F22" w:rsidRPr="00EF0092" w14:paraId="0B0B1F73" w14:textId="77777777" w:rsidTr="00851285">
        <w:trPr>
          <w:trHeight w:val="640"/>
          <w:jc w:val="center"/>
        </w:trPr>
        <w:tc>
          <w:tcPr>
            <w:tcW w:w="3168" w:type="dxa"/>
            <w:tcMar>
              <w:top w:w="80" w:type="dxa"/>
              <w:left w:w="100" w:type="dxa"/>
              <w:bottom w:w="80" w:type="dxa"/>
              <w:right w:w="100" w:type="dxa"/>
            </w:tcMar>
            <w:vAlign w:val="center"/>
          </w:tcPr>
          <w:p w14:paraId="3F2F570A" w14:textId="77777777" w:rsidR="00E55F22" w:rsidRPr="00EF0092" w:rsidRDefault="00000000">
            <w:pPr>
              <w:spacing w:after="0"/>
              <w:rPr>
                <w:color w:val="000000" w:themeColor="text1"/>
              </w:rPr>
            </w:pPr>
            <w:r w:rsidRPr="00EF0092">
              <w:rPr>
                <w:b/>
                <w:color w:val="000000" w:themeColor="text1"/>
              </w:rPr>
              <w:t>Place &amp; Parish of Baptism:</w:t>
            </w:r>
          </w:p>
        </w:tc>
        <w:tc>
          <w:tcPr>
            <w:tcW w:w="6892" w:type="dxa"/>
            <w:gridSpan w:val="8"/>
            <w:tcMar>
              <w:top w:w="80" w:type="dxa"/>
              <w:left w:w="100" w:type="dxa"/>
              <w:bottom w:w="80" w:type="dxa"/>
              <w:right w:w="100" w:type="dxa"/>
            </w:tcMar>
            <w:vAlign w:val="center"/>
          </w:tcPr>
          <w:p w14:paraId="162B027C" w14:textId="77777777" w:rsidR="00E55F22" w:rsidRPr="00EF0092" w:rsidRDefault="00E55F22">
            <w:pPr>
              <w:spacing w:after="0"/>
              <w:rPr>
                <w:color w:val="000000" w:themeColor="text1"/>
              </w:rPr>
            </w:pPr>
          </w:p>
        </w:tc>
      </w:tr>
      <w:tr w:rsidR="004A5E4B" w:rsidRPr="00EF0092" w14:paraId="7CDFE67B" w14:textId="77777777" w:rsidTr="00851285">
        <w:trPr>
          <w:trHeight w:val="480"/>
          <w:jc w:val="center"/>
        </w:trPr>
        <w:tc>
          <w:tcPr>
            <w:tcW w:w="3168" w:type="dxa"/>
            <w:tcMar>
              <w:top w:w="80" w:type="dxa"/>
              <w:left w:w="100" w:type="dxa"/>
              <w:bottom w:w="80" w:type="dxa"/>
              <w:right w:w="100" w:type="dxa"/>
            </w:tcMar>
            <w:vAlign w:val="center"/>
          </w:tcPr>
          <w:p w14:paraId="44C22E6F" w14:textId="69570D47" w:rsidR="004A5E4B" w:rsidRPr="00EF0092" w:rsidRDefault="004A5E4B">
            <w:pPr>
              <w:spacing w:after="0"/>
              <w:rPr>
                <w:color w:val="000000" w:themeColor="text1"/>
              </w:rPr>
            </w:pPr>
            <w:r w:rsidRPr="00EF0092">
              <w:rPr>
                <w:b/>
                <w:color w:val="000000" w:themeColor="text1"/>
              </w:rPr>
              <w:t>Have you received First Communion?</w:t>
            </w:r>
            <w:r>
              <w:rPr>
                <w:b/>
                <w:color w:val="000000" w:themeColor="text1"/>
              </w:rPr>
              <w:t xml:space="preserve"> </w:t>
            </w:r>
            <w:r w:rsidRPr="004A5E4B">
              <w:rPr>
                <w:b/>
                <w:i/>
                <w:iCs/>
                <w:color w:val="000000" w:themeColor="text1"/>
                <w:sz w:val="16"/>
                <w:szCs w:val="18"/>
              </w:rPr>
              <w:t>Tick one box</w:t>
            </w:r>
          </w:p>
        </w:tc>
        <w:tc>
          <w:tcPr>
            <w:tcW w:w="1723" w:type="dxa"/>
            <w:gridSpan w:val="2"/>
            <w:tcMar>
              <w:top w:w="80" w:type="dxa"/>
              <w:left w:w="100" w:type="dxa"/>
              <w:bottom w:w="80" w:type="dxa"/>
              <w:right w:w="100" w:type="dxa"/>
            </w:tcMar>
            <w:vAlign w:val="center"/>
          </w:tcPr>
          <w:p w14:paraId="69690E8B" w14:textId="08268287" w:rsidR="004A5E4B" w:rsidRPr="00EF0092" w:rsidRDefault="004A5E4B">
            <w:pPr>
              <w:spacing w:after="0"/>
              <w:rPr>
                <w:color w:val="000000" w:themeColor="text1"/>
              </w:rPr>
            </w:pPr>
            <w:r w:rsidRPr="00EF0092">
              <w:rPr>
                <w:color w:val="000000" w:themeColor="text1"/>
              </w:rPr>
              <w:t>Yes</w:t>
            </w:r>
          </w:p>
        </w:tc>
        <w:tc>
          <w:tcPr>
            <w:tcW w:w="1723" w:type="dxa"/>
            <w:gridSpan w:val="2"/>
            <w:vAlign w:val="center"/>
          </w:tcPr>
          <w:p w14:paraId="7E5FC814" w14:textId="77777777" w:rsidR="004A5E4B" w:rsidRPr="00EF0092" w:rsidRDefault="004A5E4B">
            <w:pPr>
              <w:spacing w:after="0"/>
              <w:rPr>
                <w:color w:val="000000" w:themeColor="text1"/>
              </w:rPr>
            </w:pPr>
          </w:p>
        </w:tc>
        <w:tc>
          <w:tcPr>
            <w:tcW w:w="1723" w:type="dxa"/>
            <w:gridSpan w:val="2"/>
            <w:vAlign w:val="center"/>
          </w:tcPr>
          <w:p w14:paraId="3B8BA273" w14:textId="486A1A5B" w:rsidR="004A5E4B" w:rsidRPr="00EF0092" w:rsidRDefault="004A5E4B">
            <w:pPr>
              <w:spacing w:after="0"/>
              <w:rPr>
                <w:color w:val="000000" w:themeColor="text1"/>
              </w:rPr>
            </w:pPr>
            <w:r w:rsidRPr="00EF0092">
              <w:rPr>
                <w:color w:val="000000" w:themeColor="text1"/>
              </w:rPr>
              <w:t>No</w:t>
            </w:r>
          </w:p>
        </w:tc>
        <w:tc>
          <w:tcPr>
            <w:tcW w:w="1723" w:type="dxa"/>
            <w:gridSpan w:val="2"/>
            <w:vAlign w:val="center"/>
          </w:tcPr>
          <w:p w14:paraId="687C1FE1" w14:textId="1CFE78B2" w:rsidR="004A5E4B" w:rsidRPr="00EF0092" w:rsidRDefault="004A5E4B">
            <w:pPr>
              <w:spacing w:after="0"/>
              <w:rPr>
                <w:color w:val="000000" w:themeColor="text1"/>
              </w:rPr>
            </w:pPr>
          </w:p>
        </w:tc>
      </w:tr>
      <w:tr w:rsidR="004A5E4B" w:rsidRPr="00EF0092" w14:paraId="5EDDC2D2" w14:textId="77777777" w:rsidTr="00851285">
        <w:trPr>
          <w:trHeight w:val="480"/>
          <w:jc w:val="center"/>
        </w:trPr>
        <w:tc>
          <w:tcPr>
            <w:tcW w:w="3168" w:type="dxa"/>
            <w:tcMar>
              <w:top w:w="80" w:type="dxa"/>
              <w:left w:w="100" w:type="dxa"/>
              <w:bottom w:w="80" w:type="dxa"/>
              <w:right w:w="100" w:type="dxa"/>
            </w:tcMar>
            <w:vAlign w:val="center"/>
          </w:tcPr>
          <w:p w14:paraId="349A0488" w14:textId="1DFF6193" w:rsidR="004A5E4B" w:rsidRPr="00EF0092" w:rsidRDefault="004A5E4B" w:rsidP="004A5E4B">
            <w:pPr>
              <w:spacing w:after="0"/>
              <w:rPr>
                <w:color w:val="000000" w:themeColor="text1"/>
              </w:rPr>
            </w:pPr>
            <w:r w:rsidRPr="00EF0092">
              <w:rPr>
                <w:b/>
                <w:color w:val="000000" w:themeColor="text1"/>
              </w:rPr>
              <w:t>Have you received Confirmation?</w:t>
            </w:r>
            <w:r>
              <w:rPr>
                <w:b/>
                <w:color w:val="000000" w:themeColor="text1"/>
              </w:rPr>
              <w:t xml:space="preserve"> </w:t>
            </w:r>
            <w:r w:rsidRPr="004A5E4B">
              <w:rPr>
                <w:b/>
                <w:i/>
                <w:iCs/>
                <w:color w:val="000000" w:themeColor="text1"/>
                <w:sz w:val="16"/>
                <w:szCs w:val="18"/>
              </w:rPr>
              <w:t>Tick one box</w:t>
            </w:r>
          </w:p>
        </w:tc>
        <w:tc>
          <w:tcPr>
            <w:tcW w:w="1723" w:type="dxa"/>
            <w:gridSpan w:val="2"/>
            <w:tcMar>
              <w:top w:w="80" w:type="dxa"/>
              <w:left w:w="100" w:type="dxa"/>
              <w:bottom w:w="80" w:type="dxa"/>
              <w:right w:w="100" w:type="dxa"/>
            </w:tcMar>
            <w:vAlign w:val="center"/>
          </w:tcPr>
          <w:p w14:paraId="2363F39C" w14:textId="725FFF24" w:rsidR="004A5E4B" w:rsidRPr="00EF0092" w:rsidRDefault="004A5E4B" w:rsidP="004A5E4B">
            <w:pPr>
              <w:spacing w:after="0"/>
              <w:rPr>
                <w:color w:val="000000" w:themeColor="text1"/>
              </w:rPr>
            </w:pPr>
            <w:r w:rsidRPr="00EF0092">
              <w:rPr>
                <w:color w:val="000000" w:themeColor="text1"/>
              </w:rPr>
              <w:t>Yes</w:t>
            </w:r>
          </w:p>
        </w:tc>
        <w:tc>
          <w:tcPr>
            <w:tcW w:w="1723" w:type="dxa"/>
            <w:gridSpan w:val="2"/>
            <w:vAlign w:val="center"/>
          </w:tcPr>
          <w:p w14:paraId="4C855CA5" w14:textId="77777777" w:rsidR="004A5E4B" w:rsidRPr="00EF0092" w:rsidRDefault="004A5E4B" w:rsidP="004A5E4B">
            <w:pPr>
              <w:spacing w:after="0"/>
              <w:rPr>
                <w:color w:val="000000" w:themeColor="text1"/>
              </w:rPr>
            </w:pPr>
          </w:p>
        </w:tc>
        <w:tc>
          <w:tcPr>
            <w:tcW w:w="1723" w:type="dxa"/>
            <w:gridSpan w:val="2"/>
            <w:vAlign w:val="center"/>
          </w:tcPr>
          <w:p w14:paraId="33400FE4" w14:textId="67CC0CA0" w:rsidR="004A5E4B" w:rsidRPr="00EF0092" w:rsidRDefault="004A5E4B" w:rsidP="004A5E4B">
            <w:pPr>
              <w:spacing w:after="0"/>
              <w:rPr>
                <w:color w:val="000000" w:themeColor="text1"/>
              </w:rPr>
            </w:pPr>
            <w:r w:rsidRPr="00EF0092">
              <w:rPr>
                <w:color w:val="000000" w:themeColor="text1"/>
              </w:rPr>
              <w:t>No</w:t>
            </w:r>
          </w:p>
        </w:tc>
        <w:tc>
          <w:tcPr>
            <w:tcW w:w="1723" w:type="dxa"/>
            <w:gridSpan w:val="2"/>
            <w:vAlign w:val="center"/>
          </w:tcPr>
          <w:p w14:paraId="13AC9506" w14:textId="16004501" w:rsidR="004A5E4B" w:rsidRPr="00EF0092" w:rsidRDefault="004A5E4B" w:rsidP="004A5E4B">
            <w:pPr>
              <w:spacing w:after="0"/>
              <w:rPr>
                <w:color w:val="000000" w:themeColor="text1"/>
              </w:rPr>
            </w:pPr>
          </w:p>
        </w:tc>
      </w:tr>
    </w:tbl>
    <w:p w14:paraId="7C87E29A" w14:textId="77777777" w:rsidR="00E55F22" w:rsidRPr="00EF0092" w:rsidRDefault="00E55F22">
      <w:pPr>
        <w:spacing w:after="120"/>
        <w:rPr>
          <w:color w:val="000000" w:themeColor="text1"/>
        </w:rPr>
      </w:pPr>
    </w:p>
    <w:p w14:paraId="040D38DE" w14:textId="77777777" w:rsidR="00E55F22" w:rsidRPr="00EF0092" w:rsidRDefault="00000000">
      <w:pPr>
        <w:keepNext/>
        <w:spacing w:before="320" w:after="120"/>
        <w:rPr>
          <w:color w:val="000000" w:themeColor="text1"/>
        </w:rPr>
      </w:pPr>
      <w:r w:rsidRPr="00EF0092">
        <w:rPr>
          <w:b/>
          <w:color w:val="000000" w:themeColor="text1"/>
          <w:sz w:val="28"/>
        </w:rPr>
        <w:t>3. Marital Status &amp; Family Information</w:t>
      </w:r>
    </w:p>
    <w:p w14:paraId="0A4B4723" w14:textId="77777777" w:rsidR="00E55F22" w:rsidRPr="00EF0092" w:rsidRDefault="00000000">
      <w:pPr>
        <w:spacing w:after="80"/>
        <w:rPr>
          <w:color w:val="000000" w:themeColor="text1"/>
        </w:rPr>
      </w:pPr>
      <w:r w:rsidRPr="00EF0092">
        <w:rPr>
          <w:i/>
          <w:color w:val="000000" w:themeColor="text1"/>
          <w:sz w:val="19"/>
        </w:rPr>
        <w:t>Catholic canon law requires a brief understanding of your marital status to ensure proper preparation for sacramental reception.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774"/>
        <w:gridCol w:w="448"/>
        <w:gridCol w:w="326"/>
        <w:gridCol w:w="666"/>
        <w:gridCol w:w="283"/>
        <w:gridCol w:w="599"/>
        <w:gridCol w:w="350"/>
        <w:gridCol w:w="752"/>
        <w:gridCol w:w="142"/>
        <w:gridCol w:w="425"/>
        <w:gridCol w:w="978"/>
        <w:gridCol w:w="156"/>
        <w:gridCol w:w="993"/>
      </w:tblGrid>
      <w:tr w:rsidR="00817611" w:rsidRPr="00EF0092" w14:paraId="5ED933E4" w14:textId="77777777" w:rsidTr="00817611">
        <w:trPr>
          <w:trHeight w:val="480"/>
          <w:jc w:val="center"/>
        </w:trPr>
        <w:tc>
          <w:tcPr>
            <w:tcW w:w="3168" w:type="dxa"/>
            <w:tcMar>
              <w:top w:w="80" w:type="dxa"/>
              <w:left w:w="100" w:type="dxa"/>
              <w:bottom w:w="80" w:type="dxa"/>
              <w:right w:w="100" w:type="dxa"/>
            </w:tcMar>
            <w:vAlign w:val="center"/>
          </w:tcPr>
          <w:p w14:paraId="18E69D9D" w14:textId="77777777" w:rsidR="00817611" w:rsidRDefault="00817611">
            <w:pPr>
              <w:spacing w:after="0"/>
              <w:rPr>
                <w:b/>
                <w:color w:val="000000" w:themeColor="text1"/>
              </w:rPr>
            </w:pPr>
            <w:r w:rsidRPr="00EF0092">
              <w:rPr>
                <w:b/>
                <w:color w:val="000000" w:themeColor="text1"/>
              </w:rPr>
              <w:t>Current Marital Status:</w:t>
            </w:r>
          </w:p>
          <w:p w14:paraId="04F4BCD2" w14:textId="623960BB" w:rsidR="004A5E4B" w:rsidRPr="00EF0092" w:rsidRDefault="004A5E4B">
            <w:pPr>
              <w:spacing w:after="0"/>
              <w:rPr>
                <w:color w:val="000000" w:themeColor="text1"/>
              </w:rPr>
            </w:pPr>
            <w:r w:rsidRPr="004A5E4B">
              <w:rPr>
                <w:b/>
                <w:i/>
                <w:iCs/>
                <w:color w:val="000000" w:themeColor="text1"/>
                <w:sz w:val="16"/>
                <w:szCs w:val="18"/>
              </w:rPr>
              <w:t>Tick one box</w:t>
            </w:r>
          </w:p>
        </w:tc>
        <w:tc>
          <w:tcPr>
            <w:tcW w:w="774" w:type="dxa"/>
            <w:tcMar>
              <w:top w:w="80" w:type="dxa"/>
              <w:left w:w="100" w:type="dxa"/>
              <w:bottom w:w="80" w:type="dxa"/>
              <w:right w:w="100" w:type="dxa"/>
            </w:tcMar>
            <w:vAlign w:val="center"/>
          </w:tcPr>
          <w:p w14:paraId="6D96013A" w14:textId="5BBAE6CA" w:rsidR="00817611" w:rsidRPr="00EF0092" w:rsidRDefault="00817611">
            <w:pPr>
              <w:spacing w:after="0"/>
              <w:rPr>
                <w:color w:val="000000" w:themeColor="text1"/>
              </w:rPr>
            </w:pPr>
            <w:r w:rsidRPr="00EF0092">
              <w:rPr>
                <w:color w:val="000000" w:themeColor="text1"/>
              </w:rPr>
              <w:t xml:space="preserve">Single  </w:t>
            </w:r>
          </w:p>
        </w:tc>
        <w:tc>
          <w:tcPr>
            <w:tcW w:w="774" w:type="dxa"/>
            <w:gridSpan w:val="2"/>
            <w:vAlign w:val="center"/>
          </w:tcPr>
          <w:p w14:paraId="2EBA0C07" w14:textId="77777777" w:rsidR="00817611" w:rsidRPr="00EF0092" w:rsidRDefault="00817611">
            <w:pPr>
              <w:spacing w:after="0"/>
              <w:rPr>
                <w:color w:val="000000" w:themeColor="text1"/>
              </w:rPr>
            </w:pPr>
          </w:p>
        </w:tc>
        <w:tc>
          <w:tcPr>
            <w:tcW w:w="949" w:type="dxa"/>
            <w:gridSpan w:val="2"/>
            <w:vAlign w:val="center"/>
          </w:tcPr>
          <w:p w14:paraId="326C290F" w14:textId="0BF40F4D" w:rsidR="00817611" w:rsidRPr="00EF0092" w:rsidRDefault="00817611">
            <w:pPr>
              <w:spacing w:after="0"/>
              <w:rPr>
                <w:color w:val="000000" w:themeColor="text1"/>
              </w:rPr>
            </w:pPr>
            <w:r w:rsidRPr="00EF0092">
              <w:rPr>
                <w:color w:val="000000" w:themeColor="text1"/>
              </w:rPr>
              <w:t xml:space="preserve">Married  </w:t>
            </w:r>
          </w:p>
        </w:tc>
        <w:tc>
          <w:tcPr>
            <w:tcW w:w="599" w:type="dxa"/>
            <w:vAlign w:val="center"/>
          </w:tcPr>
          <w:p w14:paraId="7A6FE6FB" w14:textId="77777777" w:rsidR="00817611" w:rsidRPr="00EF0092" w:rsidRDefault="00817611">
            <w:pPr>
              <w:spacing w:after="0"/>
              <w:rPr>
                <w:color w:val="000000" w:themeColor="text1"/>
              </w:rPr>
            </w:pPr>
          </w:p>
        </w:tc>
        <w:tc>
          <w:tcPr>
            <w:tcW w:w="1102" w:type="dxa"/>
            <w:gridSpan w:val="2"/>
            <w:vAlign w:val="center"/>
          </w:tcPr>
          <w:p w14:paraId="31FD36C7" w14:textId="1FC9B4DA" w:rsidR="00817611" w:rsidRPr="00EF0092" w:rsidRDefault="00817611">
            <w:pPr>
              <w:spacing w:after="0"/>
              <w:rPr>
                <w:color w:val="000000" w:themeColor="text1"/>
              </w:rPr>
            </w:pPr>
            <w:r w:rsidRPr="00EF0092">
              <w:rPr>
                <w:color w:val="000000" w:themeColor="text1"/>
              </w:rPr>
              <w:t>Divorced</w:t>
            </w:r>
          </w:p>
        </w:tc>
        <w:tc>
          <w:tcPr>
            <w:tcW w:w="567" w:type="dxa"/>
            <w:gridSpan w:val="2"/>
            <w:vAlign w:val="center"/>
          </w:tcPr>
          <w:p w14:paraId="5A2B330E" w14:textId="77777777" w:rsidR="00817611" w:rsidRPr="00EF0092" w:rsidRDefault="00817611">
            <w:pPr>
              <w:spacing w:after="0"/>
              <w:rPr>
                <w:color w:val="000000" w:themeColor="text1"/>
              </w:rPr>
            </w:pPr>
          </w:p>
        </w:tc>
        <w:tc>
          <w:tcPr>
            <w:tcW w:w="1134" w:type="dxa"/>
            <w:gridSpan w:val="2"/>
            <w:vAlign w:val="center"/>
          </w:tcPr>
          <w:p w14:paraId="465273DB" w14:textId="0D112027" w:rsidR="00817611" w:rsidRPr="00EF0092" w:rsidRDefault="00817611">
            <w:pPr>
              <w:spacing w:after="0"/>
              <w:rPr>
                <w:color w:val="000000" w:themeColor="text1"/>
              </w:rPr>
            </w:pPr>
            <w:r w:rsidRPr="00EF0092">
              <w:rPr>
                <w:color w:val="000000" w:themeColor="text1"/>
              </w:rPr>
              <w:t>Widowed</w:t>
            </w:r>
          </w:p>
        </w:tc>
        <w:tc>
          <w:tcPr>
            <w:tcW w:w="993" w:type="dxa"/>
            <w:vAlign w:val="center"/>
          </w:tcPr>
          <w:p w14:paraId="3BFC731F" w14:textId="49196073" w:rsidR="00817611" w:rsidRPr="00EF0092" w:rsidRDefault="00817611">
            <w:pPr>
              <w:spacing w:after="0"/>
              <w:rPr>
                <w:color w:val="000000" w:themeColor="text1"/>
              </w:rPr>
            </w:pPr>
          </w:p>
        </w:tc>
      </w:tr>
      <w:tr w:rsidR="00E55F22" w:rsidRPr="00EF0092" w14:paraId="4D2DC8D6" w14:textId="77777777" w:rsidTr="00817611">
        <w:trPr>
          <w:trHeight w:val="480"/>
          <w:jc w:val="center"/>
        </w:trPr>
        <w:tc>
          <w:tcPr>
            <w:tcW w:w="3168" w:type="dxa"/>
            <w:tcMar>
              <w:top w:w="80" w:type="dxa"/>
              <w:left w:w="100" w:type="dxa"/>
              <w:bottom w:w="80" w:type="dxa"/>
              <w:right w:w="100" w:type="dxa"/>
            </w:tcMar>
            <w:vAlign w:val="center"/>
          </w:tcPr>
          <w:p w14:paraId="4DA8A48B" w14:textId="77777777" w:rsidR="00E55F22" w:rsidRPr="00EF0092" w:rsidRDefault="00000000">
            <w:pPr>
              <w:spacing w:after="0"/>
              <w:rPr>
                <w:color w:val="000000" w:themeColor="text1"/>
              </w:rPr>
            </w:pPr>
            <w:r w:rsidRPr="00EF0092">
              <w:rPr>
                <w:b/>
                <w:color w:val="000000" w:themeColor="text1"/>
              </w:rPr>
              <w:t>Spouse's Full Name (if applicable):</w:t>
            </w:r>
          </w:p>
        </w:tc>
        <w:tc>
          <w:tcPr>
            <w:tcW w:w="6892" w:type="dxa"/>
            <w:gridSpan w:val="13"/>
            <w:tcMar>
              <w:top w:w="80" w:type="dxa"/>
              <w:left w:w="100" w:type="dxa"/>
              <w:bottom w:w="80" w:type="dxa"/>
              <w:right w:w="100" w:type="dxa"/>
            </w:tcMar>
            <w:vAlign w:val="center"/>
          </w:tcPr>
          <w:p w14:paraId="59BD45DB" w14:textId="77777777" w:rsidR="00E55F22" w:rsidRPr="00EF0092" w:rsidRDefault="00E55F22">
            <w:pPr>
              <w:spacing w:after="0"/>
              <w:rPr>
                <w:color w:val="000000" w:themeColor="text1"/>
              </w:rPr>
            </w:pPr>
          </w:p>
        </w:tc>
      </w:tr>
      <w:tr w:rsidR="00817611" w:rsidRPr="00EF0092" w14:paraId="46CF9B54" w14:textId="77777777" w:rsidTr="00817611">
        <w:trPr>
          <w:trHeight w:val="480"/>
          <w:jc w:val="center"/>
        </w:trPr>
        <w:tc>
          <w:tcPr>
            <w:tcW w:w="3168" w:type="dxa"/>
            <w:tcMar>
              <w:top w:w="80" w:type="dxa"/>
              <w:left w:w="100" w:type="dxa"/>
              <w:bottom w:w="80" w:type="dxa"/>
              <w:right w:w="100" w:type="dxa"/>
            </w:tcMar>
            <w:vAlign w:val="center"/>
          </w:tcPr>
          <w:p w14:paraId="28A49717" w14:textId="77777777" w:rsidR="00817611" w:rsidRDefault="00817611">
            <w:pPr>
              <w:spacing w:after="0"/>
              <w:rPr>
                <w:b/>
                <w:color w:val="000000" w:themeColor="text1"/>
              </w:rPr>
            </w:pPr>
            <w:r w:rsidRPr="00EF0092">
              <w:rPr>
                <w:b/>
                <w:color w:val="000000" w:themeColor="text1"/>
              </w:rPr>
              <w:t>Is your spouse a Catholic?</w:t>
            </w:r>
          </w:p>
          <w:p w14:paraId="707E9141" w14:textId="4D45143D" w:rsidR="004A5E4B" w:rsidRPr="00EF0092" w:rsidRDefault="004A5E4B">
            <w:pPr>
              <w:spacing w:after="0"/>
              <w:rPr>
                <w:color w:val="000000" w:themeColor="text1"/>
              </w:rPr>
            </w:pPr>
            <w:r w:rsidRPr="004A5E4B">
              <w:rPr>
                <w:b/>
                <w:i/>
                <w:iCs/>
                <w:color w:val="000000" w:themeColor="text1"/>
                <w:sz w:val="16"/>
                <w:szCs w:val="18"/>
              </w:rPr>
              <w:t>Tick one box</w:t>
            </w:r>
          </w:p>
        </w:tc>
        <w:tc>
          <w:tcPr>
            <w:tcW w:w="1222" w:type="dxa"/>
            <w:gridSpan w:val="2"/>
            <w:tcMar>
              <w:top w:w="80" w:type="dxa"/>
              <w:left w:w="100" w:type="dxa"/>
              <w:bottom w:w="80" w:type="dxa"/>
              <w:right w:w="100" w:type="dxa"/>
            </w:tcMar>
            <w:vAlign w:val="center"/>
          </w:tcPr>
          <w:p w14:paraId="1A8F15A8" w14:textId="47E23516" w:rsidR="00817611" w:rsidRPr="00EF0092" w:rsidRDefault="00817611">
            <w:pPr>
              <w:spacing w:after="0"/>
              <w:rPr>
                <w:color w:val="000000" w:themeColor="text1"/>
              </w:rPr>
            </w:pPr>
            <w:r w:rsidRPr="00EF0092">
              <w:rPr>
                <w:color w:val="000000" w:themeColor="text1"/>
              </w:rPr>
              <w:t>Yes</w:t>
            </w:r>
          </w:p>
        </w:tc>
        <w:tc>
          <w:tcPr>
            <w:tcW w:w="992" w:type="dxa"/>
            <w:gridSpan w:val="2"/>
            <w:vAlign w:val="center"/>
          </w:tcPr>
          <w:p w14:paraId="7E3E8BEB" w14:textId="77777777" w:rsidR="00817611" w:rsidRPr="00EF0092" w:rsidRDefault="00817611">
            <w:pPr>
              <w:spacing w:after="0"/>
              <w:rPr>
                <w:color w:val="000000" w:themeColor="text1"/>
              </w:rPr>
            </w:pPr>
          </w:p>
        </w:tc>
        <w:tc>
          <w:tcPr>
            <w:tcW w:w="1232" w:type="dxa"/>
            <w:gridSpan w:val="3"/>
            <w:vAlign w:val="center"/>
          </w:tcPr>
          <w:p w14:paraId="408AB7EC" w14:textId="1BF120C0" w:rsidR="00817611" w:rsidRPr="00EF0092" w:rsidRDefault="00817611">
            <w:pPr>
              <w:spacing w:after="0"/>
              <w:rPr>
                <w:color w:val="000000" w:themeColor="text1"/>
              </w:rPr>
            </w:pPr>
            <w:r w:rsidRPr="00EF0092">
              <w:rPr>
                <w:color w:val="000000" w:themeColor="text1"/>
              </w:rPr>
              <w:t>No</w:t>
            </w:r>
          </w:p>
        </w:tc>
        <w:tc>
          <w:tcPr>
            <w:tcW w:w="894" w:type="dxa"/>
            <w:gridSpan w:val="2"/>
            <w:vAlign w:val="center"/>
          </w:tcPr>
          <w:p w14:paraId="24BEB4D3" w14:textId="77777777" w:rsidR="00817611" w:rsidRPr="00EF0092" w:rsidRDefault="00817611">
            <w:pPr>
              <w:spacing w:after="0"/>
              <w:rPr>
                <w:color w:val="000000" w:themeColor="text1"/>
              </w:rPr>
            </w:pPr>
          </w:p>
        </w:tc>
        <w:tc>
          <w:tcPr>
            <w:tcW w:w="1403" w:type="dxa"/>
            <w:gridSpan w:val="2"/>
            <w:vAlign w:val="center"/>
          </w:tcPr>
          <w:p w14:paraId="432BBF32" w14:textId="61D82314" w:rsidR="00817611" w:rsidRPr="00EF0092" w:rsidRDefault="00817611">
            <w:pPr>
              <w:spacing w:after="0"/>
              <w:rPr>
                <w:color w:val="000000" w:themeColor="text1"/>
              </w:rPr>
            </w:pPr>
            <w:proofErr w:type="spellStart"/>
            <w:r w:rsidRPr="00EF0092">
              <w:rPr>
                <w:color w:val="000000" w:themeColor="text1"/>
              </w:rPr>
              <w:t>Baptised</w:t>
            </w:r>
            <w:proofErr w:type="spellEnd"/>
            <w:r w:rsidRPr="00EF0092">
              <w:rPr>
                <w:color w:val="000000" w:themeColor="text1"/>
              </w:rPr>
              <w:t xml:space="preserve"> Non-Catholic</w:t>
            </w:r>
          </w:p>
        </w:tc>
        <w:tc>
          <w:tcPr>
            <w:tcW w:w="1149" w:type="dxa"/>
            <w:gridSpan w:val="2"/>
            <w:vAlign w:val="center"/>
          </w:tcPr>
          <w:p w14:paraId="429770CF" w14:textId="07B73594" w:rsidR="00817611" w:rsidRPr="00EF0092" w:rsidRDefault="00817611">
            <w:pPr>
              <w:spacing w:after="0"/>
              <w:rPr>
                <w:color w:val="000000" w:themeColor="text1"/>
              </w:rPr>
            </w:pPr>
          </w:p>
        </w:tc>
      </w:tr>
      <w:tr w:rsidR="00817611" w:rsidRPr="00EF0092" w14:paraId="5A1C380C" w14:textId="77777777" w:rsidTr="004A5E4B">
        <w:trPr>
          <w:trHeight w:val="480"/>
          <w:jc w:val="center"/>
        </w:trPr>
        <w:tc>
          <w:tcPr>
            <w:tcW w:w="3168" w:type="dxa"/>
            <w:tcMar>
              <w:top w:w="80" w:type="dxa"/>
              <w:left w:w="100" w:type="dxa"/>
              <w:bottom w:w="80" w:type="dxa"/>
              <w:right w:w="100" w:type="dxa"/>
            </w:tcMar>
            <w:vAlign w:val="center"/>
          </w:tcPr>
          <w:p w14:paraId="2586AF19" w14:textId="4BC796CB" w:rsidR="00817611" w:rsidRPr="00EF0092" w:rsidRDefault="00817611">
            <w:pPr>
              <w:spacing w:after="0"/>
              <w:rPr>
                <w:color w:val="000000" w:themeColor="text1"/>
              </w:rPr>
            </w:pPr>
            <w:r w:rsidRPr="00EF0092">
              <w:rPr>
                <w:b/>
                <w:color w:val="000000" w:themeColor="text1"/>
              </w:rPr>
              <w:t>Where did your marriage take place?</w:t>
            </w:r>
            <w:r w:rsidR="004A5E4B">
              <w:rPr>
                <w:b/>
                <w:color w:val="000000" w:themeColor="text1"/>
              </w:rPr>
              <w:t xml:space="preserve"> </w:t>
            </w:r>
            <w:r w:rsidR="004A5E4B" w:rsidRPr="004A5E4B">
              <w:rPr>
                <w:b/>
                <w:i/>
                <w:iCs/>
                <w:color w:val="000000" w:themeColor="text1"/>
                <w:sz w:val="16"/>
                <w:szCs w:val="18"/>
              </w:rPr>
              <w:t>Tick one box</w:t>
            </w:r>
          </w:p>
        </w:tc>
        <w:tc>
          <w:tcPr>
            <w:tcW w:w="1222" w:type="dxa"/>
            <w:gridSpan w:val="2"/>
            <w:tcMar>
              <w:top w:w="80" w:type="dxa"/>
              <w:left w:w="100" w:type="dxa"/>
              <w:bottom w:w="80" w:type="dxa"/>
              <w:right w:w="100" w:type="dxa"/>
            </w:tcMar>
            <w:vAlign w:val="center"/>
          </w:tcPr>
          <w:p w14:paraId="3DEB67B6" w14:textId="2E4E3635" w:rsidR="00817611" w:rsidRPr="00EF0092" w:rsidRDefault="00817611">
            <w:pPr>
              <w:spacing w:after="0"/>
              <w:rPr>
                <w:color w:val="000000" w:themeColor="text1"/>
              </w:rPr>
            </w:pPr>
            <w:r w:rsidRPr="00EF0092">
              <w:rPr>
                <w:color w:val="000000" w:themeColor="text1"/>
              </w:rPr>
              <w:t>Catholic Church</w:t>
            </w:r>
          </w:p>
        </w:tc>
        <w:tc>
          <w:tcPr>
            <w:tcW w:w="992" w:type="dxa"/>
            <w:gridSpan w:val="2"/>
            <w:vAlign w:val="center"/>
          </w:tcPr>
          <w:p w14:paraId="0AF68916" w14:textId="77777777" w:rsidR="00817611" w:rsidRPr="00EF0092" w:rsidRDefault="00817611">
            <w:pPr>
              <w:spacing w:after="0"/>
              <w:rPr>
                <w:color w:val="000000" w:themeColor="text1"/>
              </w:rPr>
            </w:pPr>
          </w:p>
        </w:tc>
        <w:tc>
          <w:tcPr>
            <w:tcW w:w="1232" w:type="dxa"/>
            <w:gridSpan w:val="3"/>
            <w:vAlign w:val="center"/>
          </w:tcPr>
          <w:p w14:paraId="2EF5CDE9" w14:textId="45DFE6D3" w:rsidR="00817611" w:rsidRPr="00EF0092" w:rsidRDefault="00817611">
            <w:pPr>
              <w:spacing w:after="0"/>
              <w:rPr>
                <w:color w:val="000000" w:themeColor="text1"/>
              </w:rPr>
            </w:pPr>
            <w:r w:rsidRPr="00EF0092">
              <w:rPr>
                <w:color w:val="000000" w:themeColor="text1"/>
              </w:rPr>
              <w:t xml:space="preserve">Civil Registry  </w:t>
            </w:r>
          </w:p>
        </w:tc>
        <w:tc>
          <w:tcPr>
            <w:tcW w:w="894" w:type="dxa"/>
            <w:gridSpan w:val="2"/>
            <w:vAlign w:val="center"/>
          </w:tcPr>
          <w:p w14:paraId="26E930F9" w14:textId="77777777" w:rsidR="00817611" w:rsidRPr="00EF0092" w:rsidRDefault="00817611">
            <w:pPr>
              <w:spacing w:after="0"/>
              <w:rPr>
                <w:color w:val="000000" w:themeColor="text1"/>
              </w:rPr>
            </w:pPr>
          </w:p>
        </w:tc>
        <w:tc>
          <w:tcPr>
            <w:tcW w:w="1403" w:type="dxa"/>
            <w:gridSpan w:val="2"/>
            <w:vAlign w:val="center"/>
          </w:tcPr>
          <w:p w14:paraId="5B088551" w14:textId="496024CE" w:rsidR="00817611" w:rsidRPr="00EF0092" w:rsidRDefault="00817611">
            <w:pPr>
              <w:spacing w:after="0"/>
              <w:rPr>
                <w:color w:val="000000" w:themeColor="text1"/>
              </w:rPr>
            </w:pPr>
            <w:r w:rsidRPr="00EF0092">
              <w:rPr>
                <w:color w:val="000000" w:themeColor="text1"/>
              </w:rPr>
              <w:t>Other</w:t>
            </w:r>
          </w:p>
        </w:tc>
        <w:tc>
          <w:tcPr>
            <w:tcW w:w="1149" w:type="dxa"/>
            <w:gridSpan w:val="2"/>
            <w:vAlign w:val="center"/>
          </w:tcPr>
          <w:p w14:paraId="3AF813CB" w14:textId="073957D6" w:rsidR="00817611" w:rsidRPr="00EF0092" w:rsidRDefault="00817611">
            <w:pPr>
              <w:spacing w:after="0"/>
              <w:rPr>
                <w:color w:val="000000" w:themeColor="text1"/>
              </w:rPr>
            </w:pPr>
          </w:p>
        </w:tc>
      </w:tr>
      <w:tr w:rsidR="004A5E4B" w:rsidRPr="00EF0092" w14:paraId="5BCD398D" w14:textId="77777777" w:rsidTr="004A5E4B">
        <w:trPr>
          <w:trHeight w:val="480"/>
          <w:jc w:val="center"/>
        </w:trPr>
        <w:tc>
          <w:tcPr>
            <w:tcW w:w="3168" w:type="dxa"/>
            <w:tcMar>
              <w:top w:w="80" w:type="dxa"/>
              <w:left w:w="100" w:type="dxa"/>
              <w:bottom w:w="80" w:type="dxa"/>
              <w:right w:w="100" w:type="dxa"/>
            </w:tcMar>
            <w:vAlign w:val="center"/>
          </w:tcPr>
          <w:p w14:paraId="079F1462" w14:textId="2AD9942A" w:rsidR="004A5E4B" w:rsidRPr="00EF0092" w:rsidRDefault="004A5E4B">
            <w:pPr>
              <w:spacing w:after="0"/>
              <w:rPr>
                <w:color w:val="000000" w:themeColor="text1"/>
              </w:rPr>
            </w:pPr>
            <w:r w:rsidRPr="00EF0092">
              <w:rPr>
                <w:b/>
                <w:color w:val="000000" w:themeColor="text1"/>
              </w:rPr>
              <w:t>Have you been previously married?</w:t>
            </w:r>
            <w:r>
              <w:rPr>
                <w:b/>
                <w:color w:val="000000" w:themeColor="text1"/>
              </w:rPr>
              <w:t xml:space="preserve"> </w:t>
            </w:r>
            <w:r w:rsidRPr="004A5E4B">
              <w:rPr>
                <w:b/>
                <w:i/>
                <w:iCs/>
                <w:color w:val="000000" w:themeColor="text1"/>
                <w:sz w:val="16"/>
                <w:szCs w:val="18"/>
              </w:rPr>
              <w:t>Tick one box</w:t>
            </w:r>
          </w:p>
        </w:tc>
        <w:tc>
          <w:tcPr>
            <w:tcW w:w="1222" w:type="dxa"/>
            <w:gridSpan w:val="2"/>
            <w:tcMar>
              <w:top w:w="80" w:type="dxa"/>
              <w:left w:w="100" w:type="dxa"/>
              <w:bottom w:w="80" w:type="dxa"/>
              <w:right w:w="100" w:type="dxa"/>
            </w:tcMar>
            <w:vAlign w:val="center"/>
          </w:tcPr>
          <w:p w14:paraId="609DE83E" w14:textId="6B4830E6" w:rsidR="004A5E4B" w:rsidRPr="00EF0092" w:rsidRDefault="004A5E4B">
            <w:pPr>
              <w:spacing w:after="0"/>
              <w:rPr>
                <w:color w:val="000000" w:themeColor="text1"/>
              </w:rPr>
            </w:pPr>
            <w:r w:rsidRPr="00EF0092">
              <w:rPr>
                <w:color w:val="000000" w:themeColor="text1"/>
              </w:rPr>
              <w:t>Yes</w:t>
            </w:r>
          </w:p>
        </w:tc>
        <w:tc>
          <w:tcPr>
            <w:tcW w:w="2224" w:type="dxa"/>
            <w:gridSpan w:val="5"/>
            <w:vAlign w:val="center"/>
          </w:tcPr>
          <w:p w14:paraId="24E37727" w14:textId="77777777" w:rsidR="004A5E4B" w:rsidRPr="00EF0092" w:rsidRDefault="004A5E4B">
            <w:pPr>
              <w:spacing w:after="0"/>
              <w:rPr>
                <w:color w:val="000000" w:themeColor="text1"/>
              </w:rPr>
            </w:pPr>
          </w:p>
        </w:tc>
        <w:tc>
          <w:tcPr>
            <w:tcW w:w="894" w:type="dxa"/>
            <w:gridSpan w:val="2"/>
            <w:vAlign w:val="center"/>
          </w:tcPr>
          <w:p w14:paraId="455EEAD6" w14:textId="4B88D6E6" w:rsidR="004A5E4B" w:rsidRPr="00EF0092" w:rsidRDefault="004A5E4B">
            <w:pPr>
              <w:spacing w:after="0"/>
              <w:rPr>
                <w:color w:val="000000" w:themeColor="text1"/>
              </w:rPr>
            </w:pPr>
            <w:r w:rsidRPr="00EF0092">
              <w:rPr>
                <w:color w:val="000000" w:themeColor="text1"/>
              </w:rPr>
              <w:t>No</w:t>
            </w:r>
          </w:p>
        </w:tc>
        <w:tc>
          <w:tcPr>
            <w:tcW w:w="2552" w:type="dxa"/>
            <w:gridSpan w:val="4"/>
            <w:vAlign w:val="center"/>
          </w:tcPr>
          <w:p w14:paraId="7CDD95EA" w14:textId="1B3BCFC1" w:rsidR="004A5E4B" w:rsidRPr="00EF0092" w:rsidRDefault="004A5E4B">
            <w:pPr>
              <w:spacing w:after="0"/>
              <w:rPr>
                <w:color w:val="000000" w:themeColor="text1"/>
              </w:rPr>
            </w:pPr>
          </w:p>
        </w:tc>
      </w:tr>
      <w:tr w:rsidR="004A5E4B" w:rsidRPr="00EF0092" w14:paraId="0C68846C" w14:textId="77777777" w:rsidTr="004A5E4B">
        <w:trPr>
          <w:trHeight w:val="480"/>
          <w:jc w:val="center"/>
        </w:trPr>
        <w:tc>
          <w:tcPr>
            <w:tcW w:w="3168" w:type="dxa"/>
            <w:tcMar>
              <w:top w:w="80" w:type="dxa"/>
              <w:left w:w="100" w:type="dxa"/>
              <w:bottom w:w="80" w:type="dxa"/>
              <w:right w:w="100" w:type="dxa"/>
            </w:tcMar>
            <w:vAlign w:val="center"/>
          </w:tcPr>
          <w:p w14:paraId="6B25C6B0" w14:textId="78E4950C" w:rsidR="004A5E4B" w:rsidRPr="00EF0092" w:rsidRDefault="004A5E4B">
            <w:pPr>
              <w:spacing w:after="0"/>
              <w:rPr>
                <w:color w:val="000000" w:themeColor="text1"/>
              </w:rPr>
            </w:pPr>
            <w:r w:rsidRPr="00EF0092">
              <w:rPr>
                <w:b/>
                <w:color w:val="000000" w:themeColor="text1"/>
              </w:rPr>
              <w:t>Has your spouse been previously married?</w:t>
            </w:r>
            <w:r>
              <w:rPr>
                <w:b/>
                <w:color w:val="000000" w:themeColor="text1"/>
              </w:rPr>
              <w:t xml:space="preserve"> </w:t>
            </w:r>
            <w:r w:rsidRPr="004A5E4B">
              <w:rPr>
                <w:b/>
                <w:i/>
                <w:iCs/>
                <w:color w:val="000000" w:themeColor="text1"/>
                <w:sz w:val="16"/>
                <w:szCs w:val="18"/>
              </w:rPr>
              <w:t>Tick one box</w:t>
            </w:r>
          </w:p>
        </w:tc>
        <w:tc>
          <w:tcPr>
            <w:tcW w:w="1222" w:type="dxa"/>
            <w:gridSpan w:val="2"/>
            <w:tcMar>
              <w:top w:w="80" w:type="dxa"/>
              <w:left w:w="100" w:type="dxa"/>
              <w:bottom w:w="80" w:type="dxa"/>
              <w:right w:w="100" w:type="dxa"/>
            </w:tcMar>
            <w:vAlign w:val="center"/>
          </w:tcPr>
          <w:p w14:paraId="0F477F9D" w14:textId="140635E6" w:rsidR="004A5E4B" w:rsidRPr="00EF0092" w:rsidRDefault="004A5E4B">
            <w:pPr>
              <w:spacing w:after="0"/>
              <w:rPr>
                <w:color w:val="000000" w:themeColor="text1"/>
              </w:rPr>
            </w:pPr>
            <w:r w:rsidRPr="00EF0092">
              <w:rPr>
                <w:color w:val="000000" w:themeColor="text1"/>
              </w:rPr>
              <w:t>Yes</w:t>
            </w:r>
          </w:p>
        </w:tc>
        <w:tc>
          <w:tcPr>
            <w:tcW w:w="2224" w:type="dxa"/>
            <w:gridSpan w:val="5"/>
            <w:vAlign w:val="center"/>
          </w:tcPr>
          <w:p w14:paraId="44F76DFF" w14:textId="77777777" w:rsidR="004A5E4B" w:rsidRPr="00EF0092" w:rsidRDefault="004A5E4B">
            <w:pPr>
              <w:spacing w:after="0"/>
              <w:rPr>
                <w:color w:val="000000" w:themeColor="text1"/>
              </w:rPr>
            </w:pPr>
          </w:p>
        </w:tc>
        <w:tc>
          <w:tcPr>
            <w:tcW w:w="894" w:type="dxa"/>
            <w:gridSpan w:val="2"/>
            <w:vAlign w:val="center"/>
          </w:tcPr>
          <w:p w14:paraId="63439FCF" w14:textId="4D4E838F" w:rsidR="004A5E4B" w:rsidRPr="00EF0092" w:rsidRDefault="004A5E4B">
            <w:pPr>
              <w:spacing w:after="0"/>
              <w:rPr>
                <w:color w:val="000000" w:themeColor="text1"/>
              </w:rPr>
            </w:pPr>
            <w:r w:rsidRPr="00EF0092">
              <w:rPr>
                <w:color w:val="000000" w:themeColor="text1"/>
              </w:rPr>
              <w:t>No</w:t>
            </w:r>
          </w:p>
        </w:tc>
        <w:tc>
          <w:tcPr>
            <w:tcW w:w="2552" w:type="dxa"/>
            <w:gridSpan w:val="4"/>
            <w:vAlign w:val="center"/>
          </w:tcPr>
          <w:p w14:paraId="2344406E" w14:textId="7C1D68B9" w:rsidR="004A5E4B" w:rsidRPr="00EF0092" w:rsidRDefault="004A5E4B">
            <w:pPr>
              <w:spacing w:after="0"/>
              <w:rPr>
                <w:color w:val="000000" w:themeColor="text1"/>
              </w:rPr>
            </w:pPr>
          </w:p>
        </w:tc>
      </w:tr>
    </w:tbl>
    <w:p w14:paraId="20ACC926" w14:textId="77777777" w:rsidR="00E55F22" w:rsidRPr="00EF0092" w:rsidRDefault="00E55F22">
      <w:pPr>
        <w:spacing w:after="120"/>
        <w:rPr>
          <w:color w:val="000000" w:themeColor="text1"/>
        </w:rPr>
      </w:pPr>
    </w:p>
    <w:p w14:paraId="1FAD8D33" w14:textId="77777777" w:rsidR="00E55F22" w:rsidRPr="00EF0092" w:rsidRDefault="00000000">
      <w:pPr>
        <w:keepNext/>
        <w:spacing w:before="320" w:after="120"/>
        <w:rPr>
          <w:color w:val="000000" w:themeColor="text1"/>
        </w:rPr>
      </w:pPr>
      <w:r w:rsidRPr="00EF0092">
        <w:rPr>
          <w:b/>
          <w:color w:val="000000" w:themeColor="text1"/>
          <w:sz w:val="28"/>
        </w:rPr>
        <w:lastRenderedPageBreak/>
        <w:t>4. Your Journey of Faith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1789"/>
        <w:gridCol w:w="4819"/>
      </w:tblGrid>
      <w:tr w:rsidR="00E55F22" w:rsidRPr="00EF0092" w14:paraId="69DA8D7E" w14:textId="77777777" w:rsidTr="004A5E4B">
        <w:trPr>
          <w:trHeight w:val="1200"/>
          <w:jc w:val="center"/>
        </w:trPr>
        <w:tc>
          <w:tcPr>
            <w:tcW w:w="3168" w:type="dxa"/>
            <w:tcMar>
              <w:top w:w="80" w:type="dxa"/>
              <w:left w:w="100" w:type="dxa"/>
              <w:bottom w:w="80" w:type="dxa"/>
              <w:right w:w="100" w:type="dxa"/>
            </w:tcMar>
            <w:vAlign w:val="center"/>
          </w:tcPr>
          <w:p w14:paraId="600EA190" w14:textId="77777777" w:rsidR="00E55F22" w:rsidRPr="00EF0092" w:rsidRDefault="00000000">
            <w:pPr>
              <w:spacing w:after="0"/>
              <w:rPr>
                <w:color w:val="000000" w:themeColor="text1"/>
              </w:rPr>
            </w:pPr>
            <w:r w:rsidRPr="00EF0092">
              <w:rPr>
                <w:b/>
                <w:color w:val="000000" w:themeColor="text1"/>
              </w:rPr>
              <w:t>What draws you to the Catholic Church at this time?</w:t>
            </w:r>
          </w:p>
        </w:tc>
        <w:tc>
          <w:tcPr>
            <w:tcW w:w="6608" w:type="dxa"/>
            <w:gridSpan w:val="2"/>
            <w:tcMar>
              <w:top w:w="80" w:type="dxa"/>
              <w:left w:w="100" w:type="dxa"/>
              <w:bottom w:w="80" w:type="dxa"/>
              <w:right w:w="100" w:type="dxa"/>
            </w:tcMar>
            <w:vAlign w:val="center"/>
          </w:tcPr>
          <w:p w14:paraId="2C58E875" w14:textId="77777777" w:rsidR="00E55F22" w:rsidRPr="00EF0092" w:rsidRDefault="00E55F22">
            <w:pPr>
              <w:spacing w:after="0"/>
              <w:rPr>
                <w:color w:val="000000" w:themeColor="text1"/>
              </w:rPr>
            </w:pPr>
          </w:p>
        </w:tc>
      </w:tr>
      <w:tr w:rsidR="00817611" w:rsidRPr="00EF0092" w14:paraId="4D4AB141" w14:textId="77777777" w:rsidTr="004A5E4B">
        <w:trPr>
          <w:trHeight w:val="450"/>
          <w:jc w:val="center"/>
        </w:trPr>
        <w:tc>
          <w:tcPr>
            <w:tcW w:w="3168" w:type="dxa"/>
            <w:vMerge w:val="restart"/>
            <w:tcMar>
              <w:top w:w="80" w:type="dxa"/>
              <w:left w:w="100" w:type="dxa"/>
              <w:bottom w:w="80" w:type="dxa"/>
              <w:right w:w="100" w:type="dxa"/>
            </w:tcMar>
            <w:vAlign w:val="center"/>
          </w:tcPr>
          <w:p w14:paraId="0073156F" w14:textId="77777777" w:rsidR="00817611" w:rsidRPr="00EF0092" w:rsidRDefault="00817611">
            <w:pPr>
              <w:spacing w:after="0"/>
              <w:rPr>
                <w:color w:val="000000" w:themeColor="text1"/>
              </w:rPr>
            </w:pPr>
            <w:r w:rsidRPr="00EF0092">
              <w:rPr>
                <w:b/>
                <w:color w:val="000000" w:themeColor="text1"/>
              </w:rPr>
              <w:t>Do you have a practicing Catholic who might act as your Sponsor? (If known)</w:t>
            </w:r>
          </w:p>
        </w:tc>
        <w:tc>
          <w:tcPr>
            <w:tcW w:w="1789" w:type="dxa"/>
            <w:tcMar>
              <w:top w:w="80" w:type="dxa"/>
              <w:left w:w="100" w:type="dxa"/>
              <w:bottom w:w="80" w:type="dxa"/>
              <w:right w:w="100" w:type="dxa"/>
            </w:tcMar>
            <w:vAlign w:val="center"/>
          </w:tcPr>
          <w:p w14:paraId="757CFF4C" w14:textId="057181CE" w:rsidR="00817611" w:rsidRPr="00EF0092" w:rsidRDefault="00817611">
            <w:pPr>
              <w:spacing w:after="0"/>
              <w:rPr>
                <w:color w:val="000000" w:themeColor="text1"/>
              </w:rPr>
            </w:pPr>
            <w:r w:rsidRPr="00EF0092">
              <w:rPr>
                <w:color w:val="000000" w:themeColor="text1"/>
              </w:rPr>
              <w:t xml:space="preserve">Name: </w:t>
            </w:r>
          </w:p>
        </w:tc>
        <w:tc>
          <w:tcPr>
            <w:tcW w:w="4819" w:type="dxa"/>
            <w:vAlign w:val="center"/>
          </w:tcPr>
          <w:p w14:paraId="5A0A0410" w14:textId="7E8CAAAF" w:rsidR="00817611" w:rsidRPr="00EF0092" w:rsidRDefault="00817611">
            <w:pPr>
              <w:spacing w:after="0"/>
              <w:rPr>
                <w:color w:val="000000" w:themeColor="text1"/>
              </w:rPr>
            </w:pPr>
          </w:p>
        </w:tc>
      </w:tr>
      <w:tr w:rsidR="00817611" w:rsidRPr="00EF0092" w14:paraId="10AB6E7B" w14:textId="77777777" w:rsidTr="004A5E4B">
        <w:trPr>
          <w:trHeight w:val="792"/>
          <w:jc w:val="center"/>
        </w:trPr>
        <w:tc>
          <w:tcPr>
            <w:tcW w:w="3168" w:type="dxa"/>
            <w:vMerge/>
            <w:tcMar>
              <w:top w:w="80" w:type="dxa"/>
              <w:left w:w="100" w:type="dxa"/>
              <w:bottom w:w="80" w:type="dxa"/>
              <w:right w:w="100" w:type="dxa"/>
            </w:tcMar>
            <w:vAlign w:val="center"/>
          </w:tcPr>
          <w:p w14:paraId="082E39FD" w14:textId="77777777" w:rsidR="00817611" w:rsidRPr="00EF0092" w:rsidRDefault="00817611">
            <w:pPr>
              <w:spacing w:after="0"/>
              <w:rPr>
                <w:b/>
                <w:color w:val="000000" w:themeColor="text1"/>
              </w:rPr>
            </w:pPr>
          </w:p>
        </w:tc>
        <w:tc>
          <w:tcPr>
            <w:tcW w:w="1789" w:type="dxa"/>
            <w:tcMar>
              <w:top w:w="80" w:type="dxa"/>
              <w:left w:w="100" w:type="dxa"/>
              <w:bottom w:w="80" w:type="dxa"/>
              <w:right w:w="100" w:type="dxa"/>
            </w:tcMar>
            <w:vAlign w:val="center"/>
          </w:tcPr>
          <w:p w14:paraId="67E6064D" w14:textId="6E8D77C7" w:rsidR="00817611" w:rsidRPr="00EF0092" w:rsidRDefault="00817611">
            <w:pPr>
              <w:spacing w:after="0"/>
              <w:rPr>
                <w:color w:val="000000" w:themeColor="text1"/>
              </w:rPr>
            </w:pPr>
            <w:r w:rsidRPr="00EF0092">
              <w:rPr>
                <w:color w:val="000000" w:themeColor="text1"/>
              </w:rPr>
              <w:t>Contact Details:</w:t>
            </w:r>
          </w:p>
        </w:tc>
        <w:tc>
          <w:tcPr>
            <w:tcW w:w="4819" w:type="dxa"/>
            <w:vAlign w:val="center"/>
          </w:tcPr>
          <w:p w14:paraId="707341AD" w14:textId="702F769B" w:rsidR="00817611" w:rsidRPr="00EF0092" w:rsidRDefault="00817611">
            <w:pPr>
              <w:spacing w:after="0"/>
              <w:rPr>
                <w:color w:val="000000" w:themeColor="text1"/>
              </w:rPr>
            </w:pPr>
          </w:p>
        </w:tc>
      </w:tr>
    </w:tbl>
    <w:p w14:paraId="31A175B5" w14:textId="77777777" w:rsidR="00E55F22" w:rsidRPr="00EF0092" w:rsidRDefault="00000000">
      <w:pPr>
        <w:keepNext/>
        <w:spacing w:before="320" w:after="120"/>
        <w:rPr>
          <w:color w:val="000000" w:themeColor="text1"/>
        </w:rPr>
      </w:pPr>
      <w:r w:rsidRPr="00EF0092">
        <w:rPr>
          <w:b/>
          <w:color w:val="000000" w:themeColor="text1"/>
          <w:sz w:val="28"/>
        </w:rPr>
        <w:t>5. Declaration &amp; GDPR Data Protection Consent</w:t>
      </w:r>
    </w:p>
    <w:p w14:paraId="1A2D78A6" w14:textId="77777777" w:rsidR="00E55F22" w:rsidRPr="00EF0092" w:rsidRDefault="00000000">
      <w:pPr>
        <w:spacing w:after="120"/>
        <w:rPr>
          <w:color w:val="000000" w:themeColor="text1"/>
        </w:rPr>
      </w:pPr>
      <w:r w:rsidRPr="00EF0092">
        <w:rPr>
          <w:color w:val="000000" w:themeColor="text1"/>
          <w:sz w:val="19"/>
        </w:rPr>
        <w:t>By signing this form, you confirm that the details provided are accurate to the best of your knowledge. In compliance with GDPR and the Data Protection Act, the Diocese of Brentwood (and this local Parish) will process and store your personal data securely. This information will only be used for the purposes of your RCIA formation, pastoral care, and the administration of sacraments. It will not be shared with third parties without your explicit permission.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6750"/>
      </w:tblGrid>
      <w:tr w:rsidR="00E55F22" w:rsidRPr="00EF0092" w14:paraId="365F3B4C" w14:textId="77777777" w:rsidTr="004A5E4B">
        <w:trPr>
          <w:trHeight w:val="640"/>
          <w:jc w:val="center"/>
        </w:trPr>
        <w:tc>
          <w:tcPr>
            <w:tcW w:w="3168" w:type="dxa"/>
            <w:tcMar>
              <w:top w:w="80" w:type="dxa"/>
              <w:left w:w="100" w:type="dxa"/>
              <w:bottom w:w="80" w:type="dxa"/>
              <w:right w:w="100" w:type="dxa"/>
            </w:tcMar>
            <w:vAlign w:val="center"/>
          </w:tcPr>
          <w:p w14:paraId="5D7A2E40" w14:textId="77777777" w:rsidR="00E55F22" w:rsidRPr="00EF0092" w:rsidRDefault="00000000">
            <w:pPr>
              <w:spacing w:after="0"/>
              <w:rPr>
                <w:color w:val="000000" w:themeColor="text1"/>
              </w:rPr>
            </w:pPr>
            <w:r w:rsidRPr="00EF0092">
              <w:rPr>
                <w:b/>
                <w:color w:val="000000" w:themeColor="text1"/>
              </w:rPr>
              <w:t>Applicant Signature:</w:t>
            </w:r>
          </w:p>
        </w:tc>
        <w:tc>
          <w:tcPr>
            <w:tcW w:w="6750" w:type="dxa"/>
            <w:tcMar>
              <w:top w:w="80" w:type="dxa"/>
              <w:left w:w="100" w:type="dxa"/>
              <w:bottom w:w="80" w:type="dxa"/>
              <w:right w:w="100" w:type="dxa"/>
            </w:tcMar>
            <w:vAlign w:val="center"/>
          </w:tcPr>
          <w:p w14:paraId="334D4510" w14:textId="77777777" w:rsidR="00E55F22" w:rsidRPr="00EF0092" w:rsidRDefault="00E55F22">
            <w:pPr>
              <w:spacing w:after="0"/>
              <w:rPr>
                <w:color w:val="000000" w:themeColor="text1"/>
              </w:rPr>
            </w:pPr>
          </w:p>
        </w:tc>
      </w:tr>
      <w:tr w:rsidR="00E55F22" w:rsidRPr="00EF0092" w14:paraId="7EBBFD12" w14:textId="77777777" w:rsidTr="004A5E4B">
        <w:trPr>
          <w:trHeight w:val="480"/>
          <w:jc w:val="center"/>
        </w:trPr>
        <w:tc>
          <w:tcPr>
            <w:tcW w:w="3168" w:type="dxa"/>
            <w:tcMar>
              <w:top w:w="80" w:type="dxa"/>
              <w:left w:w="100" w:type="dxa"/>
              <w:bottom w:w="80" w:type="dxa"/>
              <w:right w:w="100" w:type="dxa"/>
            </w:tcMar>
            <w:vAlign w:val="center"/>
          </w:tcPr>
          <w:p w14:paraId="7E72AD32" w14:textId="77777777" w:rsidR="00E55F22" w:rsidRPr="00EF0092" w:rsidRDefault="00000000">
            <w:pPr>
              <w:spacing w:after="0"/>
              <w:rPr>
                <w:color w:val="000000" w:themeColor="text1"/>
              </w:rPr>
            </w:pPr>
            <w:r w:rsidRPr="00EF0092">
              <w:rPr>
                <w:b/>
                <w:color w:val="000000" w:themeColor="text1"/>
              </w:rPr>
              <w:t>Date (DD/MM/YYYY):</w:t>
            </w:r>
          </w:p>
        </w:tc>
        <w:tc>
          <w:tcPr>
            <w:tcW w:w="6750" w:type="dxa"/>
            <w:tcMar>
              <w:top w:w="80" w:type="dxa"/>
              <w:left w:w="100" w:type="dxa"/>
              <w:bottom w:w="80" w:type="dxa"/>
              <w:right w:w="100" w:type="dxa"/>
            </w:tcMar>
            <w:vAlign w:val="center"/>
          </w:tcPr>
          <w:p w14:paraId="106B4829" w14:textId="77777777" w:rsidR="00E55F22" w:rsidRPr="00EF0092" w:rsidRDefault="00E55F22">
            <w:pPr>
              <w:spacing w:after="0"/>
              <w:rPr>
                <w:color w:val="000000" w:themeColor="text1"/>
              </w:rPr>
            </w:pPr>
          </w:p>
        </w:tc>
      </w:tr>
    </w:tbl>
    <w:p w14:paraId="0CE893E1" w14:textId="77777777" w:rsidR="00E55F22" w:rsidRPr="00EF0092" w:rsidRDefault="00E55F22">
      <w:pPr>
        <w:spacing w:after="120"/>
        <w:rPr>
          <w:color w:val="000000" w:themeColor="text1"/>
        </w:rPr>
      </w:pPr>
    </w:p>
    <w:p w14:paraId="517DC76C" w14:textId="77777777" w:rsidR="00E55F22" w:rsidRPr="00EF0092" w:rsidRDefault="00000000">
      <w:pPr>
        <w:keepNext/>
        <w:spacing w:before="240" w:after="80"/>
        <w:rPr>
          <w:color w:val="000000" w:themeColor="text1"/>
        </w:rPr>
      </w:pPr>
      <w:r w:rsidRPr="00EF0092">
        <w:rPr>
          <w:b/>
          <w:color w:val="000000" w:themeColor="text1"/>
          <w:sz w:val="22"/>
        </w:rPr>
        <w:t>For Parish Office Use Only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1080"/>
        <w:gridCol w:w="709"/>
        <w:gridCol w:w="1417"/>
        <w:gridCol w:w="922"/>
        <w:gridCol w:w="1204"/>
        <w:gridCol w:w="1276"/>
      </w:tblGrid>
      <w:tr w:rsidR="00E55F22" w:rsidRPr="00817611" w14:paraId="3645317A" w14:textId="77777777" w:rsidTr="004A5E4B">
        <w:trPr>
          <w:trHeight w:val="480"/>
          <w:jc w:val="center"/>
        </w:trPr>
        <w:tc>
          <w:tcPr>
            <w:tcW w:w="3168" w:type="dxa"/>
            <w:shd w:val="clear" w:color="auto" w:fill="F9FAFB"/>
            <w:tcMar>
              <w:top w:w="80" w:type="dxa"/>
              <w:left w:w="100" w:type="dxa"/>
              <w:bottom w:w="80" w:type="dxa"/>
              <w:right w:w="100" w:type="dxa"/>
            </w:tcMar>
            <w:vAlign w:val="center"/>
          </w:tcPr>
          <w:p w14:paraId="61586C46" w14:textId="77777777" w:rsidR="00E55F22" w:rsidRPr="00817611" w:rsidRDefault="00000000">
            <w:pPr>
              <w:spacing w:after="0"/>
              <w:rPr>
                <w:b/>
                <w:color w:val="000000" w:themeColor="text1"/>
              </w:rPr>
            </w:pPr>
            <w:r w:rsidRPr="00817611">
              <w:rPr>
                <w:b/>
                <w:color w:val="000000" w:themeColor="text1"/>
              </w:rPr>
              <w:t>Date Form Received:</w:t>
            </w:r>
          </w:p>
        </w:tc>
        <w:tc>
          <w:tcPr>
            <w:tcW w:w="6608" w:type="dxa"/>
            <w:gridSpan w:val="6"/>
            <w:shd w:val="clear" w:color="auto" w:fill="F9FAFB"/>
            <w:tcMar>
              <w:top w:w="80" w:type="dxa"/>
              <w:left w:w="100" w:type="dxa"/>
              <w:bottom w:w="80" w:type="dxa"/>
              <w:right w:w="100" w:type="dxa"/>
            </w:tcMar>
            <w:vAlign w:val="center"/>
          </w:tcPr>
          <w:p w14:paraId="183EA4CE" w14:textId="77777777" w:rsidR="00E55F22" w:rsidRPr="00817611" w:rsidRDefault="00E55F22">
            <w:pPr>
              <w:spacing w:after="0"/>
              <w:rPr>
                <w:b/>
                <w:color w:val="000000" w:themeColor="text1"/>
              </w:rPr>
            </w:pPr>
          </w:p>
        </w:tc>
      </w:tr>
      <w:tr w:rsidR="00E55F22" w:rsidRPr="00817611" w14:paraId="2AD02960" w14:textId="77777777" w:rsidTr="004A5E4B">
        <w:trPr>
          <w:trHeight w:val="480"/>
          <w:jc w:val="center"/>
        </w:trPr>
        <w:tc>
          <w:tcPr>
            <w:tcW w:w="3168" w:type="dxa"/>
            <w:shd w:val="clear" w:color="auto" w:fill="F9FAFB"/>
            <w:tcMar>
              <w:top w:w="80" w:type="dxa"/>
              <w:left w:w="100" w:type="dxa"/>
              <w:bottom w:w="80" w:type="dxa"/>
              <w:right w:w="100" w:type="dxa"/>
            </w:tcMar>
            <w:vAlign w:val="center"/>
          </w:tcPr>
          <w:p w14:paraId="1787E978" w14:textId="77777777" w:rsidR="00E55F22" w:rsidRPr="00817611" w:rsidRDefault="00000000">
            <w:pPr>
              <w:spacing w:after="0"/>
              <w:rPr>
                <w:b/>
                <w:color w:val="000000" w:themeColor="text1"/>
              </w:rPr>
            </w:pPr>
            <w:r w:rsidRPr="00817611">
              <w:rPr>
                <w:b/>
                <w:color w:val="000000" w:themeColor="text1"/>
              </w:rPr>
              <w:t>Interviewed By:</w:t>
            </w:r>
          </w:p>
        </w:tc>
        <w:tc>
          <w:tcPr>
            <w:tcW w:w="6608" w:type="dxa"/>
            <w:gridSpan w:val="6"/>
            <w:shd w:val="clear" w:color="auto" w:fill="F9FAFB"/>
            <w:tcMar>
              <w:top w:w="80" w:type="dxa"/>
              <w:left w:w="100" w:type="dxa"/>
              <w:bottom w:w="80" w:type="dxa"/>
              <w:right w:w="100" w:type="dxa"/>
            </w:tcMar>
            <w:vAlign w:val="center"/>
          </w:tcPr>
          <w:p w14:paraId="54145365" w14:textId="77777777" w:rsidR="00E55F22" w:rsidRPr="00817611" w:rsidRDefault="00E55F22">
            <w:pPr>
              <w:spacing w:after="0"/>
              <w:rPr>
                <w:b/>
                <w:color w:val="000000" w:themeColor="text1"/>
              </w:rPr>
            </w:pPr>
          </w:p>
        </w:tc>
      </w:tr>
      <w:tr w:rsidR="00817611" w:rsidRPr="00817611" w14:paraId="72589D12" w14:textId="77777777" w:rsidTr="004A5E4B">
        <w:trPr>
          <w:trHeight w:val="480"/>
          <w:jc w:val="center"/>
        </w:trPr>
        <w:tc>
          <w:tcPr>
            <w:tcW w:w="3168" w:type="dxa"/>
            <w:shd w:val="clear" w:color="auto" w:fill="F9FAFB"/>
            <w:tcMar>
              <w:top w:w="80" w:type="dxa"/>
              <w:left w:w="100" w:type="dxa"/>
              <w:bottom w:w="80" w:type="dxa"/>
              <w:right w:w="100" w:type="dxa"/>
            </w:tcMar>
            <w:vAlign w:val="center"/>
          </w:tcPr>
          <w:p w14:paraId="5FEBA909" w14:textId="77777777" w:rsidR="00817611" w:rsidRPr="00817611" w:rsidRDefault="00817611">
            <w:pPr>
              <w:spacing w:after="0"/>
              <w:rPr>
                <w:b/>
                <w:color w:val="000000" w:themeColor="text1"/>
              </w:rPr>
            </w:pPr>
            <w:r w:rsidRPr="00817611">
              <w:rPr>
                <w:b/>
                <w:color w:val="000000" w:themeColor="text1"/>
              </w:rPr>
              <w:t>Baptism Certificate Checked?</w:t>
            </w:r>
          </w:p>
          <w:p w14:paraId="0ED01FFE" w14:textId="7A2D8017" w:rsidR="00817611" w:rsidRPr="00817611" w:rsidRDefault="004A5E4B">
            <w:pPr>
              <w:spacing w:after="0"/>
              <w:rPr>
                <w:b/>
                <w:i/>
                <w:iCs/>
                <w:color w:val="000000" w:themeColor="text1"/>
              </w:rPr>
            </w:pPr>
            <w:r w:rsidRPr="004A5E4B">
              <w:rPr>
                <w:b/>
                <w:i/>
                <w:iCs/>
                <w:color w:val="000000" w:themeColor="text1"/>
                <w:sz w:val="16"/>
                <w:szCs w:val="18"/>
              </w:rPr>
              <w:t>Tick one box</w:t>
            </w:r>
          </w:p>
        </w:tc>
        <w:tc>
          <w:tcPr>
            <w:tcW w:w="1080" w:type="dxa"/>
            <w:shd w:val="clear" w:color="auto" w:fill="F9FAFB"/>
            <w:tcMar>
              <w:top w:w="80" w:type="dxa"/>
              <w:left w:w="100" w:type="dxa"/>
              <w:bottom w:w="80" w:type="dxa"/>
              <w:right w:w="100" w:type="dxa"/>
            </w:tcMar>
            <w:vAlign w:val="center"/>
          </w:tcPr>
          <w:p w14:paraId="2E7AA1FE" w14:textId="79970DA1" w:rsidR="00817611" w:rsidRPr="00817611" w:rsidRDefault="00817611">
            <w:pPr>
              <w:spacing w:after="0"/>
              <w:rPr>
                <w:b/>
                <w:color w:val="000000" w:themeColor="text1"/>
              </w:rPr>
            </w:pPr>
            <w:r w:rsidRPr="00817611">
              <w:rPr>
                <w:b/>
                <w:color w:val="000000" w:themeColor="text1"/>
              </w:rPr>
              <w:t>Yes</w:t>
            </w:r>
          </w:p>
        </w:tc>
        <w:tc>
          <w:tcPr>
            <w:tcW w:w="709" w:type="dxa"/>
            <w:shd w:val="clear" w:color="auto" w:fill="F9FAFB"/>
            <w:vAlign w:val="center"/>
          </w:tcPr>
          <w:p w14:paraId="31A55907" w14:textId="77777777" w:rsidR="00817611" w:rsidRPr="00817611" w:rsidRDefault="00817611">
            <w:pPr>
              <w:spacing w:after="0"/>
              <w:rPr>
                <w:b/>
                <w:color w:val="000000" w:themeColor="text1"/>
              </w:rPr>
            </w:pPr>
          </w:p>
        </w:tc>
        <w:tc>
          <w:tcPr>
            <w:tcW w:w="1417" w:type="dxa"/>
            <w:shd w:val="clear" w:color="auto" w:fill="F9FAFB"/>
            <w:vAlign w:val="center"/>
          </w:tcPr>
          <w:p w14:paraId="2F552D86" w14:textId="2A891215" w:rsidR="00817611" w:rsidRPr="00817611" w:rsidRDefault="00817611">
            <w:pPr>
              <w:spacing w:after="0"/>
              <w:rPr>
                <w:b/>
                <w:color w:val="000000" w:themeColor="text1"/>
              </w:rPr>
            </w:pPr>
            <w:r w:rsidRPr="00817611">
              <w:rPr>
                <w:b/>
                <w:color w:val="000000" w:themeColor="text1"/>
              </w:rPr>
              <w:t>No</w:t>
            </w:r>
          </w:p>
        </w:tc>
        <w:tc>
          <w:tcPr>
            <w:tcW w:w="922" w:type="dxa"/>
            <w:shd w:val="clear" w:color="auto" w:fill="F9FAFB"/>
            <w:vAlign w:val="center"/>
          </w:tcPr>
          <w:p w14:paraId="71C02832" w14:textId="77777777" w:rsidR="00817611" w:rsidRPr="00817611" w:rsidRDefault="00817611">
            <w:pPr>
              <w:spacing w:after="0"/>
              <w:rPr>
                <w:b/>
                <w:color w:val="000000" w:themeColor="text1"/>
              </w:rPr>
            </w:pPr>
          </w:p>
        </w:tc>
        <w:tc>
          <w:tcPr>
            <w:tcW w:w="1204" w:type="dxa"/>
            <w:shd w:val="clear" w:color="auto" w:fill="F9FAFB"/>
            <w:vAlign w:val="center"/>
          </w:tcPr>
          <w:p w14:paraId="73D3010B" w14:textId="068B7DFD" w:rsidR="00817611" w:rsidRPr="00817611" w:rsidRDefault="00817611">
            <w:pPr>
              <w:spacing w:after="0"/>
              <w:rPr>
                <w:b/>
                <w:color w:val="000000" w:themeColor="text1"/>
              </w:rPr>
            </w:pPr>
            <w:r w:rsidRPr="00817611">
              <w:rPr>
                <w:b/>
                <w:color w:val="000000" w:themeColor="text1"/>
              </w:rPr>
              <w:t>N/A</w:t>
            </w:r>
          </w:p>
        </w:tc>
        <w:tc>
          <w:tcPr>
            <w:tcW w:w="1276" w:type="dxa"/>
            <w:shd w:val="clear" w:color="auto" w:fill="F9FAFB"/>
            <w:vAlign w:val="center"/>
          </w:tcPr>
          <w:p w14:paraId="61681E20" w14:textId="132FDE94" w:rsidR="00817611" w:rsidRPr="00817611" w:rsidRDefault="00817611">
            <w:pPr>
              <w:spacing w:after="0"/>
              <w:rPr>
                <w:b/>
                <w:color w:val="000000" w:themeColor="text1"/>
              </w:rPr>
            </w:pPr>
          </w:p>
        </w:tc>
      </w:tr>
      <w:tr w:rsidR="00817611" w:rsidRPr="00817611" w14:paraId="4D026C72" w14:textId="77777777" w:rsidTr="004A5E4B">
        <w:trPr>
          <w:trHeight w:val="480"/>
          <w:jc w:val="center"/>
        </w:trPr>
        <w:tc>
          <w:tcPr>
            <w:tcW w:w="3168" w:type="dxa"/>
            <w:shd w:val="clear" w:color="auto" w:fill="F9FAFB"/>
            <w:tcMar>
              <w:top w:w="80" w:type="dxa"/>
              <w:left w:w="100" w:type="dxa"/>
              <w:bottom w:w="80" w:type="dxa"/>
              <w:right w:w="100" w:type="dxa"/>
            </w:tcMar>
            <w:vAlign w:val="center"/>
          </w:tcPr>
          <w:p w14:paraId="666F27A0" w14:textId="77777777" w:rsidR="00817611" w:rsidRDefault="00817611">
            <w:pPr>
              <w:spacing w:after="0"/>
              <w:rPr>
                <w:b/>
                <w:color w:val="000000" w:themeColor="text1"/>
              </w:rPr>
            </w:pPr>
            <w:r w:rsidRPr="00817611">
              <w:rPr>
                <w:b/>
                <w:color w:val="000000" w:themeColor="text1"/>
              </w:rPr>
              <w:t>Marital Status Action Needed?</w:t>
            </w:r>
          </w:p>
          <w:p w14:paraId="4C8EA783" w14:textId="51501046" w:rsidR="004A5E4B" w:rsidRPr="00817611" w:rsidRDefault="004A5E4B">
            <w:pPr>
              <w:spacing w:after="0"/>
              <w:rPr>
                <w:b/>
                <w:color w:val="000000" w:themeColor="text1"/>
              </w:rPr>
            </w:pPr>
            <w:r w:rsidRPr="004A5E4B">
              <w:rPr>
                <w:b/>
                <w:i/>
                <w:iCs/>
                <w:color w:val="000000" w:themeColor="text1"/>
                <w:sz w:val="16"/>
                <w:szCs w:val="18"/>
              </w:rPr>
              <w:t>Tick one box</w:t>
            </w:r>
          </w:p>
        </w:tc>
        <w:tc>
          <w:tcPr>
            <w:tcW w:w="1080" w:type="dxa"/>
            <w:shd w:val="clear" w:color="auto" w:fill="F9FAFB"/>
            <w:tcMar>
              <w:top w:w="80" w:type="dxa"/>
              <w:left w:w="100" w:type="dxa"/>
              <w:bottom w:w="80" w:type="dxa"/>
              <w:right w:w="100" w:type="dxa"/>
            </w:tcMar>
            <w:vAlign w:val="center"/>
          </w:tcPr>
          <w:p w14:paraId="31B6CC8E" w14:textId="56244591" w:rsidR="00817611" w:rsidRPr="00817611" w:rsidRDefault="00817611">
            <w:pPr>
              <w:spacing w:after="0"/>
              <w:rPr>
                <w:b/>
                <w:color w:val="000000" w:themeColor="text1"/>
              </w:rPr>
            </w:pPr>
            <w:r w:rsidRPr="00817611">
              <w:rPr>
                <w:b/>
                <w:color w:val="000000" w:themeColor="text1"/>
              </w:rPr>
              <w:t>No</w:t>
            </w:r>
          </w:p>
        </w:tc>
        <w:tc>
          <w:tcPr>
            <w:tcW w:w="2126" w:type="dxa"/>
            <w:gridSpan w:val="2"/>
            <w:shd w:val="clear" w:color="auto" w:fill="F9FAFB"/>
            <w:vAlign w:val="center"/>
          </w:tcPr>
          <w:p w14:paraId="4CD23FF9" w14:textId="77777777" w:rsidR="00817611" w:rsidRPr="00817611" w:rsidRDefault="00817611">
            <w:pPr>
              <w:spacing w:after="0"/>
              <w:rPr>
                <w:b/>
                <w:color w:val="000000" w:themeColor="text1"/>
              </w:rPr>
            </w:pPr>
          </w:p>
        </w:tc>
        <w:tc>
          <w:tcPr>
            <w:tcW w:w="2126" w:type="dxa"/>
            <w:gridSpan w:val="2"/>
            <w:shd w:val="clear" w:color="auto" w:fill="F9FAFB"/>
            <w:vAlign w:val="center"/>
          </w:tcPr>
          <w:p w14:paraId="38ED0BE0" w14:textId="6BCB8179" w:rsidR="00817611" w:rsidRPr="00817611" w:rsidRDefault="00817611">
            <w:pPr>
              <w:spacing w:after="0"/>
              <w:rPr>
                <w:b/>
                <w:color w:val="000000" w:themeColor="text1"/>
              </w:rPr>
            </w:pPr>
            <w:r w:rsidRPr="00817611">
              <w:rPr>
                <w:b/>
                <w:color w:val="000000" w:themeColor="text1"/>
              </w:rPr>
              <w:t xml:space="preserve">Yes </w:t>
            </w:r>
            <w:r w:rsidRPr="004A5E4B">
              <w:rPr>
                <w:b/>
                <w:color w:val="000000" w:themeColor="text1"/>
                <w:sz w:val="18"/>
                <w:szCs w:val="20"/>
              </w:rPr>
              <w:t>(Referred to Tribunal/Priest)</w:t>
            </w:r>
          </w:p>
        </w:tc>
        <w:tc>
          <w:tcPr>
            <w:tcW w:w="1276" w:type="dxa"/>
            <w:shd w:val="clear" w:color="auto" w:fill="F9FAFB"/>
            <w:vAlign w:val="center"/>
          </w:tcPr>
          <w:p w14:paraId="17BD1CB1" w14:textId="3371D9A1" w:rsidR="00817611" w:rsidRPr="00817611" w:rsidRDefault="00817611">
            <w:pPr>
              <w:spacing w:after="0"/>
              <w:rPr>
                <w:b/>
                <w:color w:val="000000" w:themeColor="text1"/>
              </w:rPr>
            </w:pPr>
          </w:p>
        </w:tc>
      </w:tr>
      <w:tr w:rsidR="00817611" w:rsidRPr="00817611" w14:paraId="134992B0" w14:textId="77777777" w:rsidTr="004A5E4B">
        <w:trPr>
          <w:trHeight w:val="480"/>
          <w:jc w:val="center"/>
        </w:trPr>
        <w:tc>
          <w:tcPr>
            <w:tcW w:w="3168" w:type="dxa"/>
            <w:shd w:val="clear" w:color="auto" w:fill="F9FAFB"/>
            <w:tcMar>
              <w:top w:w="80" w:type="dxa"/>
              <w:left w:w="100" w:type="dxa"/>
              <w:bottom w:w="80" w:type="dxa"/>
              <w:right w:w="100" w:type="dxa"/>
            </w:tcMar>
            <w:vAlign w:val="center"/>
          </w:tcPr>
          <w:p w14:paraId="4BB2A48D" w14:textId="77777777" w:rsidR="00817611" w:rsidRDefault="00817611">
            <w:pPr>
              <w:spacing w:after="0"/>
              <w:rPr>
                <w:b/>
                <w:color w:val="000000" w:themeColor="text1"/>
              </w:rPr>
            </w:pPr>
            <w:r w:rsidRPr="00817611">
              <w:rPr>
                <w:b/>
                <w:color w:val="000000" w:themeColor="text1"/>
              </w:rPr>
              <w:t>RCIA Stage assigned:</w:t>
            </w:r>
          </w:p>
          <w:p w14:paraId="71072974" w14:textId="1F5F8D44" w:rsidR="004A5E4B" w:rsidRPr="00817611" w:rsidRDefault="004A5E4B">
            <w:pPr>
              <w:spacing w:after="0"/>
              <w:rPr>
                <w:b/>
                <w:color w:val="000000" w:themeColor="text1"/>
              </w:rPr>
            </w:pPr>
            <w:r w:rsidRPr="004A5E4B">
              <w:rPr>
                <w:b/>
                <w:i/>
                <w:iCs/>
                <w:color w:val="000000" w:themeColor="text1"/>
                <w:sz w:val="16"/>
                <w:szCs w:val="18"/>
              </w:rPr>
              <w:t>Tick one box</w:t>
            </w:r>
          </w:p>
        </w:tc>
        <w:tc>
          <w:tcPr>
            <w:tcW w:w="1080" w:type="dxa"/>
            <w:shd w:val="clear" w:color="auto" w:fill="F9FAFB"/>
            <w:tcMar>
              <w:top w:w="80" w:type="dxa"/>
              <w:left w:w="100" w:type="dxa"/>
              <w:bottom w:w="80" w:type="dxa"/>
              <w:right w:w="100" w:type="dxa"/>
            </w:tcMar>
            <w:vAlign w:val="center"/>
          </w:tcPr>
          <w:p w14:paraId="0AC547CE" w14:textId="6FB87756" w:rsidR="00817611" w:rsidRPr="00817611" w:rsidRDefault="00817611">
            <w:pPr>
              <w:spacing w:after="0"/>
              <w:rPr>
                <w:b/>
                <w:color w:val="000000" w:themeColor="text1"/>
              </w:rPr>
            </w:pPr>
            <w:r w:rsidRPr="00817611">
              <w:rPr>
                <w:b/>
                <w:color w:val="000000" w:themeColor="text1"/>
              </w:rPr>
              <w:t xml:space="preserve">Inquirer    </w:t>
            </w:r>
          </w:p>
        </w:tc>
        <w:tc>
          <w:tcPr>
            <w:tcW w:w="709" w:type="dxa"/>
            <w:shd w:val="clear" w:color="auto" w:fill="F9FAFB"/>
            <w:vAlign w:val="center"/>
          </w:tcPr>
          <w:p w14:paraId="4D606986" w14:textId="77777777" w:rsidR="00817611" w:rsidRPr="00817611" w:rsidRDefault="00817611">
            <w:pPr>
              <w:spacing w:after="0"/>
              <w:rPr>
                <w:b/>
                <w:color w:val="000000" w:themeColor="text1"/>
              </w:rPr>
            </w:pPr>
          </w:p>
        </w:tc>
        <w:tc>
          <w:tcPr>
            <w:tcW w:w="1417" w:type="dxa"/>
            <w:shd w:val="clear" w:color="auto" w:fill="F9FAFB"/>
            <w:vAlign w:val="center"/>
          </w:tcPr>
          <w:p w14:paraId="06BD22A8" w14:textId="79EC03FC" w:rsidR="00817611" w:rsidRPr="00817611" w:rsidRDefault="00817611">
            <w:pPr>
              <w:spacing w:after="0"/>
              <w:rPr>
                <w:b/>
                <w:color w:val="000000" w:themeColor="text1"/>
              </w:rPr>
            </w:pPr>
            <w:r w:rsidRPr="00817611">
              <w:rPr>
                <w:b/>
                <w:color w:val="000000" w:themeColor="text1"/>
              </w:rPr>
              <w:t>Catechumen</w:t>
            </w:r>
          </w:p>
        </w:tc>
        <w:tc>
          <w:tcPr>
            <w:tcW w:w="922" w:type="dxa"/>
            <w:shd w:val="clear" w:color="auto" w:fill="F9FAFB"/>
            <w:vAlign w:val="center"/>
          </w:tcPr>
          <w:p w14:paraId="20E74CDE" w14:textId="77777777" w:rsidR="00817611" w:rsidRPr="00817611" w:rsidRDefault="00817611">
            <w:pPr>
              <w:spacing w:after="0"/>
              <w:rPr>
                <w:b/>
                <w:color w:val="000000" w:themeColor="text1"/>
              </w:rPr>
            </w:pPr>
          </w:p>
        </w:tc>
        <w:tc>
          <w:tcPr>
            <w:tcW w:w="1204" w:type="dxa"/>
            <w:shd w:val="clear" w:color="auto" w:fill="F9FAFB"/>
            <w:vAlign w:val="center"/>
          </w:tcPr>
          <w:p w14:paraId="647C9F36" w14:textId="5E31717F" w:rsidR="00817611" w:rsidRPr="00817611" w:rsidRDefault="00817611">
            <w:pPr>
              <w:spacing w:after="0"/>
              <w:rPr>
                <w:b/>
                <w:color w:val="000000" w:themeColor="text1"/>
              </w:rPr>
            </w:pPr>
            <w:r w:rsidRPr="00817611">
              <w:rPr>
                <w:b/>
                <w:color w:val="000000" w:themeColor="text1"/>
              </w:rPr>
              <w:t>Candidate</w:t>
            </w:r>
          </w:p>
        </w:tc>
        <w:tc>
          <w:tcPr>
            <w:tcW w:w="1276" w:type="dxa"/>
            <w:shd w:val="clear" w:color="auto" w:fill="F9FAFB"/>
            <w:vAlign w:val="center"/>
          </w:tcPr>
          <w:p w14:paraId="3ACE3164" w14:textId="66349858" w:rsidR="00817611" w:rsidRPr="00817611" w:rsidRDefault="00817611">
            <w:pPr>
              <w:spacing w:after="0"/>
              <w:rPr>
                <w:b/>
                <w:color w:val="000000" w:themeColor="text1"/>
              </w:rPr>
            </w:pPr>
          </w:p>
        </w:tc>
      </w:tr>
    </w:tbl>
    <w:p w14:paraId="088D16C0" w14:textId="77777777" w:rsidR="009709D6" w:rsidRPr="00817611" w:rsidRDefault="009709D6" w:rsidP="00817611">
      <w:pPr>
        <w:rPr>
          <w:b/>
          <w:color w:val="000000" w:themeColor="text1"/>
        </w:rPr>
      </w:pPr>
    </w:p>
    <w:sectPr w:rsidR="009709D6" w:rsidRPr="00817611" w:rsidSect="00817611">
      <w:headerReference w:type="default" r:id="rId8"/>
      <w:footerReference w:type="default" r:id="rId9"/>
      <w:pgSz w:w="12240" w:h="15840"/>
      <w:pgMar w:top="1440" w:right="758" w:bottom="567" w:left="851" w:header="720" w:footer="1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C627" w14:textId="77777777" w:rsidR="009709D6" w:rsidRDefault="009709D6" w:rsidP="00EF0092">
      <w:pPr>
        <w:spacing w:after="0" w:line="240" w:lineRule="auto"/>
      </w:pPr>
      <w:r>
        <w:separator/>
      </w:r>
    </w:p>
  </w:endnote>
  <w:endnote w:type="continuationSeparator" w:id="0">
    <w:p w14:paraId="6068D072" w14:textId="77777777" w:rsidR="009709D6" w:rsidRDefault="009709D6" w:rsidP="00EF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05782"/>
      <w:docPartObj>
        <w:docPartGallery w:val="Page Numbers (Bottom of Page)"/>
        <w:docPartUnique/>
      </w:docPartObj>
    </w:sdtPr>
    <w:sdtEndPr>
      <w:rPr>
        <w:color w:val="7F7F7F" w:themeColor="background1" w:themeShade="7F"/>
        <w:spacing w:val="60"/>
      </w:rPr>
    </w:sdtEndPr>
    <w:sdtContent>
      <w:p w14:paraId="0D1B22CA" w14:textId="16BD7843" w:rsidR="00EF0092" w:rsidRDefault="00EF009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B16BC7C" w14:textId="77777777" w:rsidR="00EF0092" w:rsidRDefault="00EF0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214A" w14:textId="77777777" w:rsidR="009709D6" w:rsidRDefault="009709D6" w:rsidP="00EF0092">
      <w:pPr>
        <w:spacing w:after="0" w:line="240" w:lineRule="auto"/>
      </w:pPr>
      <w:r>
        <w:separator/>
      </w:r>
    </w:p>
  </w:footnote>
  <w:footnote w:type="continuationSeparator" w:id="0">
    <w:p w14:paraId="6EFC6278" w14:textId="77777777" w:rsidR="009709D6" w:rsidRDefault="009709D6" w:rsidP="00EF0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5810" w14:textId="77777777" w:rsidR="00EF0092" w:rsidRPr="00E817DF" w:rsidRDefault="00EF0092" w:rsidP="00EF0092">
    <w:pPr>
      <w:pStyle w:val="Heading1"/>
      <w:rPr>
        <w:rFonts w:ascii="Times New Roman" w:hAnsi="Times New Roman"/>
        <w:color w:val="3A7C22"/>
        <w:sz w:val="32"/>
        <w:szCs w:val="22"/>
      </w:rPr>
    </w:pPr>
    <w:r w:rsidRPr="00E817DF">
      <w:rPr>
        <w:rFonts w:ascii="Times New Roman" w:hAnsi="Times New Roman"/>
        <w:color w:val="3A7C22"/>
        <w:sz w:val="32"/>
        <w:szCs w:val="22"/>
      </w:rPr>
      <w:t>THE HOLY NAME * OUR LADY IMMACULATE * ST AUGUSTINE</w:t>
    </w:r>
  </w:p>
  <w:p w14:paraId="014151A8" w14:textId="77777777" w:rsidR="00EF0092" w:rsidRPr="00E817DF" w:rsidRDefault="00EF0092" w:rsidP="00EF0092">
    <w:pPr>
      <w:jc w:val="center"/>
      <w:rPr>
        <w:color w:val="3A7C22"/>
        <w:sz w:val="18"/>
        <w:szCs w:val="14"/>
      </w:rPr>
    </w:pPr>
    <w:r w:rsidRPr="00E817DF">
      <w:rPr>
        <w:color w:val="3A7C22"/>
        <w:sz w:val="18"/>
        <w:szCs w:val="14"/>
      </w:rPr>
      <w:t>THE PRESBYTERY * ROCHESTER HOUSE * 145 NEW LONDON ROAD * CHELMSFORD * ESSEX * CM1 6GQ</w:t>
    </w:r>
  </w:p>
  <w:p w14:paraId="41E64677" w14:textId="77777777" w:rsidR="00EF0092" w:rsidRPr="00E817DF" w:rsidRDefault="00EF0092" w:rsidP="00EF0092">
    <w:pPr>
      <w:jc w:val="center"/>
      <w:rPr>
        <w:color w:val="3A7C22"/>
        <w:sz w:val="18"/>
        <w:szCs w:val="14"/>
      </w:rPr>
    </w:pPr>
    <w:r w:rsidRPr="00E817DF">
      <w:rPr>
        <w:color w:val="3A7C22"/>
        <w:sz w:val="18"/>
        <w:szCs w:val="14"/>
      </w:rPr>
      <w:t xml:space="preserve">TEL 01245 352898 * EMAIL </w:t>
    </w:r>
    <w:hyperlink r:id="rId1" w:history="1">
      <w:r w:rsidRPr="00E817DF">
        <w:rPr>
          <w:rStyle w:val="Hyperlink"/>
          <w:color w:val="3A7C22"/>
          <w:sz w:val="18"/>
          <w:szCs w:val="14"/>
        </w:rPr>
        <w:t>OFFICE@CHELMSFORDCATHOLIC.CO.UK</w:t>
      </w:r>
    </w:hyperlink>
  </w:p>
  <w:p w14:paraId="7B038BAF" w14:textId="07A08588" w:rsidR="00EF0092" w:rsidRPr="00EF0092" w:rsidRDefault="00EF0092" w:rsidP="00EF0092">
    <w:pPr>
      <w:jc w:val="center"/>
      <w:rPr>
        <w:color w:val="3A7C22"/>
        <w:sz w:val="18"/>
        <w:szCs w:val="14"/>
      </w:rPr>
    </w:pPr>
    <w:r w:rsidRPr="00E817DF">
      <w:rPr>
        <w:color w:val="3A7C22"/>
        <w:sz w:val="18"/>
        <w:szCs w:val="14"/>
      </w:rPr>
      <w:t>_______________________________________________________________________________________________________</w:t>
    </w:r>
  </w:p>
  <w:p w14:paraId="17D96777" w14:textId="77777777" w:rsidR="00EF0092" w:rsidRDefault="00EF0092" w:rsidP="00EF0092">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0124427">
    <w:abstractNumId w:val="8"/>
  </w:num>
  <w:num w:numId="2" w16cid:durableId="237448964">
    <w:abstractNumId w:val="6"/>
  </w:num>
  <w:num w:numId="3" w16cid:durableId="1896619527">
    <w:abstractNumId w:val="5"/>
  </w:num>
  <w:num w:numId="4" w16cid:durableId="1594318354">
    <w:abstractNumId w:val="4"/>
  </w:num>
  <w:num w:numId="5" w16cid:durableId="343899118">
    <w:abstractNumId w:val="7"/>
  </w:num>
  <w:num w:numId="6" w16cid:durableId="662201425">
    <w:abstractNumId w:val="3"/>
  </w:num>
  <w:num w:numId="7" w16cid:durableId="2137528269">
    <w:abstractNumId w:val="2"/>
  </w:num>
  <w:num w:numId="8" w16cid:durableId="1283339342">
    <w:abstractNumId w:val="1"/>
  </w:num>
  <w:num w:numId="9" w16cid:durableId="839345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5E4B"/>
    <w:rsid w:val="007A147A"/>
    <w:rsid w:val="00817611"/>
    <w:rsid w:val="0083367F"/>
    <w:rsid w:val="00851285"/>
    <w:rsid w:val="009709D6"/>
    <w:rsid w:val="00AA1D8D"/>
    <w:rsid w:val="00B47730"/>
    <w:rsid w:val="00CB0664"/>
    <w:rsid w:val="00E55F22"/>
    <w:rsid w:val="00EF0092"/>
    <w:rsid w:val="00F37219"/>
    <w:rsid w:val="00F820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5C39DA"/>
  <w14:defaultImageDpi w14:val="300"/>
  <w15:docId w15:val="{81E79DDE-F44E-4771-B777-531FB416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EF009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OFFICE@CHELMSFORDCATHOLI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Chelmsford Parish, Our Lady Immaculate</cp:lastModifiedBy>
  <cp:revision>3</cp:revision>
  <cp:lastPrinted>2026-08-26T09:44:00Z</cp:lastPrinted>
  <dcterms:created xsi:type="dcterms:W3CDTF">2026-08-26T08:13:00Z</dcterms:created>
  <dcterms:modified xsi:type="dcterms:W3CDTF">2026-08-26T10:25:00Z</dcterms:modified>
  <cp:category/>
</cp:coreProperties>
</file>